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b/>
          <w:color w:val="0038AB"/>
          <w:sz w:val="26"/>
        </w:rPr>
        <w:t>[FİRMA ADINIZ]</w:t>
      </w:r>
    </w:p>
    <w:p>
      <w:pPr>
        <w:spacing w:after="80"/>
      </w:pPr>
      <w:r>
        <w:rPr>
          <w:rFonts w:ascii="Calibri" w:hAnsi="Calibri"/>
          <w:b/>
          <w:color w:val="111111"/>
          <w:sz w:val="30"/>
        </w:rPr>
        <w:t>GÜNLÜK ARAÇ TAKİP FORMU</w:t>
      </w:r>
    </w:p>
    <w:tbl>
      <w:tblPr>
        <w:tblStyle w:val="TableGrid"/>
        <w:tblW w:type="dxa" w:w="149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1474"/>
        <w:gridCol w:w="2268"/>
        <w:gridCol w:w="1474"/>
        <w:gridCol w:w="2268"/>
        <w:gridCol w:w="1474"/>
        <w:gridCol w:w="2268"/>
        <w:gridCol w:w="1474"/>
        <w:gridCol w:w="2268"/>
      </w:tblGrid>
      <w:tr>
        <w:trPr>
          <w:trHeight w:hRule="atLeast" w:val="454"/>
        </w:trPr>
        <w:tc>
          <w:tcPr>
            <w:tcW w:type="dxa" w:w="1474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Plaka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Araç türü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Ay / yıl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Sorumlu sürücü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dxa" w:w="15026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1134"/>
        <w:gridCol w:w="1814"/>
        <w:gridCol w:w="1020"/>
        <w:gridCol w:w="1247"/>
        <w:gridCol w:w="1020"/>
        <w:gridCol w:w="1247"/>
        <w:gridCol w:w="1077"/>
        <w:gridCol w:w="3061"/>
        <w:gridCol w:w="964"/>
        <w:gridCol w:w="1191"/>
        <w:gridCol w:w="1247"/>
      </w:tblGrid>
      <w:tr>
        <w:trPr>
          <w:trHeight w:hRule="atLeast" w:val="510"/>
        </w:trPr>
        <w:tc>
          <w:tcPr>
            <w:tcW w:type="dxa" w:w="1134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Tarih</w:t>
            </w:r>
          </w:p>
        </w:tc>
        <w:tc>
          <w:tcPr>
            <w:tcW w:type="dxa" w:w="1814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Sürücü</w:t>
            </w:r>
          </w:p>
        </w:tc>
        <w:tc>
          <w:tcPr>
            <w:tcW w:type="dxa" w:w="1020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Çıkış saati</w:t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Çıkış km</w:t>
            </w:r>
          </w:p>
        </w:tc>
        <w:tc>
          <w:tcPr>
            <w:tcW w:type="dxa" w:w="1020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Dönüş saati</w:t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Dönüş km</w:t>
            </w:r>
          </w:p>
        </w:tc>
        <w:tc>
          <w:tcPr>
            <w:tcW w:type="dxa" w:w="1077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Yapılan km</w:t>
            </w:r>
          </w:p>
        </w:tc>
        <w:tc>
          <w:tcPr>
            <w:tcW w:type="dxa" w:w="3061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Güzergâh / görev</w:t>
            </w:r>
          </w:p>
        </w:tc>
        <w:tc>
          <w:tcPr>
            <w:tcW w:type="dxa" w:w="964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Yakıt (litre)</w:t>
            </w:r>
          </w:p>
        </w:tc>
        <w:tc>
          <w:tcPr>
            <w:tcW w:type="dxa" w:w="1191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Yakıt (TL)</w:t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/>
                <w:color w:val="6B7280"/>
                <w:sz w:val="17"/>
              </w:rPr>
              <w:t>Sürücü imzası</w:t>
            </w:r>
          </w:p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  <w:tr>
        <w:trPr>
          <w:trHeight w:hRule="atLeast" w:val="408"/>
        </w:trPr>
        <w:tc>
          <w:tcPr>
            <w:tcW w:type="dxa" w:w="1134"/>
          </w:tcPr>
          <w:p/>
        </w:tc>
        <w:tc>
          <w:tcPr>
            <w:tcW w:type="dxa" w:w="1814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077"/>
          </w:tcPr>
          <w:p/>
        </w:tc>
        <w:tc>
          <w:tcPr>
            <w:tcW w:type="dxa" w:w="3061"/>
          </w:tcPr>
          <w:p/>
        </w:tc>
        <w:tc>
          <w:tcPr>
            <w:tcW w:type="dxa" w:w="964"/>
          </w:tcPr>
          <w:p/>
        </w:tc>
        <w:tc>
          <w:tcPr>
            <w:tcW w:type="dxa" w:w="1191"/>
          </w:tcPr>
          <w:p/>
        </w:tc>
        <w:tc>
          <w:tcPr>
            <w:tcW w:type="dxa" w:w="1247"/>
          </w:tcPr>
          <w:p/>
        </w:tc>
      </w:tr>
    </w:tbl>
    <w:p>
      <w:pPr>
        <w:spacing w:after="40"/>
      </w:pPr>
    </w:p>
    <w:tbl>
      <w:tblPr>
        <w:tblStyle w:val="TableGrid"/>
        <w:tblW w:type="dxa" w:w="151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1474"/>
        <w:gridCol w:w="3572"/>
        <w:gridCol w:w="1474"/>
        <w:gridCol w:w="3572"/>
        <w:gridCol w:w="1474"/>
        <w:gridCol w:w="3572"/>
      </w:tblGrid>
      <w:tr>
        <w:trPr>
          <w:trHeight w:hRule="atLeast" w:val="454"/>
        </w:trPr>
        <w:tc>
          <w:tcPr>
            <w:tcW w:type="dxa" w:w="1474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Kontrol eden</w:t>
            </w:r>
          </w:p>
        </w:tc>
        <w:tc>
          <w:tcPr>
            <w:tcW w:type="dxa" w:w="3572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Tarih</w:t>
            </w:r>
          </w:p>
        </w:tc>
        <w:tc>
          <w:tcPr>
            <w:tcW w:type="dxa" w:w="3572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İmza</w:t>
            </w:r>
          </w:p>
        </w:tc>
        <w:tc>
          <w:tcPr>
            <w:tcW w:type="dxa" w:w="3572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40"/>
      </w:pPr>
    </w:p>
    <w:p>
      <w:pPr>
        <w:spacing w:after="0"/>
      </w:pPr>
      <w:r>
        <w:rPr>
          <w:rFonts w:ascii="Calibri" w:hAnsi="Calibri"/>
          <w:b w:val="0"/>
          <w:color w:val="6B7280"/>
          <w:sz w:val="16"/>
        </w:rPr>
        <w:t>Bu form ücretsizdir ve serbestçe çoğaltılabilir. Hazırlayan: seferiai.com · Excel çizelgesi: seferiai.com/tr/arac-takip-formu · Hukuki metin değildir.</w:t>
      </w:r>
    </w:p>
    <w:p>
      <w:pPr>
        <w:sectPr>
          <w:pgSz w:w="16838" w:h="11906" w:orient="landscape"/>
          <w:pgMar w:top="680" w:right="850" w:bottom="680" w:left="850" w:header="720" w:footer="720" w:gutter="0"/>
          <w:cols w:space="720"/>
          <w:docGrid w:linePitch="360"/>
        </w:sectPr>
      </w:pPr>
    </w:p>
    <w:p>
      <w:pPr>
        <w:spacing w:after="20"/>
      </w:pPr>
      <w:r>
        <w:rPr>
          <w:rFonts w:ascii="Calibri" w:hAnsi="Calibri"/>
          <w:b/>
          <w:color w:val="0038AB"/>
          <w:sz w:val="26"/>
        </w:rPr>
        <w:t>[FİRMA ADINIZ]</w:t>
      </w:r>
    </w:p>
    <w:p>
      <w:pPr>
        <w:spacing w:after="80"/>
      </w:pPr>
      <w:r>
        <w:rPr>
          <w:rFonts w:ascii="Calibri" w:hAnsi="Calibri"/>
          <w:b/>
          <w:color w:val="111111"/>
          <w:sz w:val="30"/>
        </w:rPr>
        <w:t>ARAÇ TESLİM (ZİMMET) TUTANAĞI</w:t>
      </w:r>
    </w:p>
    <w:p>
      <w:pPr>
        <w:spacing w:after="160"/>
      </w:pPr>
      <w:r>
        <w:rPr>
          <w:rFonts w:ascii="Calibri" w:hAnsi="Calibri"/>
          <w:b w:val="0"/>
          <w:color w:val="111111"/>
          <w:sz w:val="20"/>
        </w:rPr>
        <w:t>Aşağıda bilgileri yazılı araç, belirtilen durumda teslim edilmiş ve teslim alınmıştır.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1. Araç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3628"/>
        <w:gridCol w:w="6009"/>
      </w:tblGrid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Plaka</w:t>
            </w:r>
          </w:p>
        </w:tc>
        <w:tc>
          <w:tcPr>
            <w:tcW w:type="dxa" w:w="6009"/>
          </w:tcPr>
          <w:p/>
        </w:tc>
      </w:tr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Marka / model</w:t>
            </w:r>
          </w:p>
        </w:tc>
        <w:tc>
          <w:tcPr>
            <w:tcW w:type="dxa" w:w="6009"/>
          </w:tcPr>
          <w:p/>
        </w:tc>
      </w:tr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Araç türü</w:t>
            </w:r>
          </w:p>
        </w:tc>
        <w:tc>
          <w:tcPr>
            <w:tcW w:type="dxa" w:w="6009"/>
          </w:tcPr>
          <w:p/>
        </w:tc>
      </w:tr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Teslim km'si</w:t>
            </w:r>
          </w:p>
        </w:tc>
        <w:tc>
          <w:tcPr>
            <w:tcW w:type="dxa" w:w="6009"/>
          </w:tcPr>
          <w:p/>
        </w:tc>
      </w:tr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Teslim tarihi ve saati</w:t>
            </w:r>
          </w:p>
        </w:tc>
        <w:tc>
          <w:tcPr>
            <w:tcW w:type="dxa" w:w="6009"/>
          </w:tcPr>
          <w:p/>
        </w:tc>
      </w:tr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Teslim yeri</w:t>
            </w:r>
          </w:p>
        </w:tc>
        <w:tc>
          <w:tcPr>
            <w:tcW w:type="dxa" w:w="6009"/>
          </w:tcPr>
          <w:p/>
        </w:tc>
      </w:tr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Yakıt seviyesi</w:t>
            </w:r>
          </w:p>
        </w:tc>
        <w:tc>
          <w:tcPr>
            <w:tcW w:type="dxa" w:w="6009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☐ Boş   ☐ 1/4   ☐ 1/2   ☐ 3/4   ☐ Dolu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2. Taraflar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3628"/>
        <w:gridCol w:w="6009"/>
      </w:tblGrid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Teslim eden (ad soyad, görevi)</w:t>
            </w:r>
          </w:p>
        </w:tc>
        <w:tc>
          <w:tcPr>
            <w:tcW w:type="dxa" w:w="6009"/>
          </w:tcPr>
          <w:p/>
        </w:tc>
      </w:tr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Teslim alan (ad soyad, görevi)</w:t>
            </w:r>
          </w:p>
        </w:tc>
        <w:tc>
          <w:tcPr>
            <w:tcW w:type="dxa" w:w="6009"/>
          </w:tcPr>
          <w:p/>
        </w:tc>
      </w:tr>
      <w:tr>
        <w:trPr>
          <w:trHeight w:hRule="atLeast" w:val="397"/>
        </w:trP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Teslim alanın ehliyet sınıfı</w:t>
            </w:r>
          </w:p>
        </w:tc>
        <w:tc>
          <w:tcPr>
            <w:tcW w:type="dxa" w:w="6009"/>
          </w:tcPr>
          <w:p/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3. Araçla birlikte teslim edilenler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3628"/>
        <w:gridCol w:w="907"/>
        <w:gridCol w:w="907"/>
        <w:gridCol w:w="4195"/>
      </w:tblGrid>
      <w:tr>
        <w:tc>
          <w:tcPr>
            <w:tcW w:type="dxa" w:w="3628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Kalem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Var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Yok</w:t>
            </w:r>
          </w:p>
        </w:tc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Not (adet, durum)</w:t>
            </w:r>
          </w:p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Ruhsat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Trafik sigortası poliçesi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Kasko poliçesi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Anahtar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Yedek anahtar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Stepne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Kriko ve bijon anahtarı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Yangın söndürücü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İlk yardım çantası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Reflektör (üçgen)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Takip cihazı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HGS etiketi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  <w:tr>
        <w:trPr>
          <w:trHeight w:hRule="atLeast" w:val="340"/>
        </w:trP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Diğer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907"/>
          </w:tcPr>
          <w:p>
            <w:r>
              <w:rPr>
                <w:rFonts w:ascii="Calibri" w:hAnsi="Calibri"/>
                <w:b w:val="0"/>
                <w:color w:val="6B7280"/>
                <w:sz w:val="20"/>
              </w:rPr>
              <w:t>☐</w:t>
            </w:r>
          </w:p>
        </w:tc>
        <w:tc>
          <w:tcPr>
            <w:tcW w:type="dxa" w:w="4195"/>
          </w:tcPr>
          <w:p/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4. Teslimde görülen hasar ve eksikler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9638"/>
      </w:tblGrid>
      <w:tr>
        <w:trPr>
          <w:trHeight w:hRule="atLeast" w:val="1020"/>
        </w:trPr>
        <w:tc>
          <w:tcPr>
            <w:tcW w:type="dxa" w:w="9638"/>
          </w:tcPr>
          <w:p/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5. İade (km, yakıt seviyesi, hasar ve eksikler)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9638"/>
      </w:tblGrid>
      <w:tr>
        <w:trPr>
          <w:trHeight w:hRule="atLeast" w:val="1247"/>
        </w:trPr>
        <w:tc>
          <w:tcPr>
            <w:tcW w:type="dxa" w:w="9638"/>
          </w:tcPr>
          <w:p/>
        </w:tc>
      </w:tr>
    </w:tbl>
    <w:p>
      <w:pPr>
        <w:spacing w:after="20"/>
      </w:pP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Teslim eden</w:t>
            </w:r>
          </w:p>
        </w:tc>
        <w:tc>
          <w:tcPr>
            <w:tcW w:type="dxa" w:w="481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Teslim alan</w:t>
            </w:r>
          </w:p>
        </w:tc>
      </w:tr>
      <w:tr>
        <w:trPr>
          <w:trHeight w:hRule="atLeast" w:val="907"/>
        </w:trPr>
        <w:tc>
          <w:tcPr>
            <w:tcW w:type="dxa" w:w="4819"/>
          </w:tcPr>
          <w:p>
            <w:r>
              <w:rPr>
                <w:rFonts w:ascii="Calibri" w:hAnsi="Calibri"/>
                <w:b w:val="0"/>
                <w:color w:val="6B7280"/>
                <w:sz w:val="17"/>
              </w:rPr>
              <w:t>Ad soyad · Tarih · İmza</w:t>
            </w:r>
          </w:p>
        </w:tc>
        <w:tc>
          <w:tcPr>
            <w:tcW w:type="dxa" w:w="4819"/>
          </w:tcPr>
          <w:p>
            <w:r>
              <w:rPr>
                <w:rFonts w:ascii="Calibri" w:hAnsi="Calibri"/>
                <w:b w:val="0"/>
                <w:color w:val="6B7280"/>
                <w:sz w:val="17"/>
              </w:rPr>
              <w:t>Ad soyad · Tarih · İmza</w:t>
            </w:r>
          </w:p>
        </w:tc>
      </w:tr>
    </w:tbl>
    <w:p>
      <w:r>
        <w:br w:type="page"/>
      </w:r>
    </w:p>
    <w:p>
      <w:pPr>
        <w:spacing w:after="160"/>
      </w:pPr>
      <w:r>
        <w:rPr>
          <w:rFonts w:ascii="Calibri" w:hAnsi="Calibri"/>
          <w:b/>
          <w:color w:val="111111"/>
          <w:sz w:val="26"/>
        </w:rPr>
        <w:t>Bu formlar nasıl kullanılır?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Günlük form: her çıkış için bir satır. Kilometreyi sayaçtan okuyun; yakıt aldıysanız fişteki litre ve tutarı yazın.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Bugünkü çıkış km'si bir önceki dönüş km'sine eşit olmalı. Fark varsa araç kayda geçmeden kullanılmış olabilir.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Ay sonunda satırları Excel'deki 'Günlük takip' sayfasına aktarın: sütunlar formdaki sırayı izler, plakayı her satıra yazın. Tüketim, km başına gider ve km farkı uyarısı orada kendiliğinden hesaplanır.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Teslim tutanağı: araç sürücü değiştirdiğinde ya da bir çalışana zimmetlendiğinde doldurun. Km, yakıt seviyesi ve eksikler o an yazılırsa sonradan kimin döneminde olduğu tartışılmaz.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Tutanağı iki nüsha düzenleyin; birer nüshası taraflarda kalsın.</w:t>
      </w:r>
    </w:p>
    <w:p>
      <w:pPr>
        <w:spacing w:after="160"/>
      </w:pPr>
      <w:r>
        <w:rPr>
          <w:rFonts w:ascii="Calibri" w:hAnsi="Calibri"/>
          <w:b w:val="0"/>
          <w:color w:val="111111"/>
          <w:sz w:val="12"/>
        </w:rPr>
      </w:r>
    </w:p>
    <w:p>
      <w:pPr>
        <w:spacing w:after="0"/>
      </w:pPr>
      <w:r>
        <w:rPr>
          <w:rFonts w:ascii="Calibri" w:hAnsi="Calibri"/>
          <w:b w:val="0"/>
          <w:color w:val="6B7280"/>
          <w:sz w:val="17"/>
        </w:rPr>
        <w:t>Bu form ücretsizdir ve serbestçe çoğaltılabilir. Hazırlayan: seferiai.com · Excel çizelgesi: seferiai.com/tr/arac-takip-formu · Hukuki metin değildir.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Takip Formu ve Araç Teslim Tutanağı</dc:title>
  <dc:subject/>
  <dc:creator>seferiai.com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