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ageBreakBefore w:val="0"/>
        <w:spacing w:after="20" w:line="240" w:lineRule="auto"/>
      </w:pPr>
      <w:r>
        <w:rPr>
          <w:rFonts w:ascii="Calibri" w:hAnsi="Calibri"/>
          <w:b/>
          <w:color w:val="0038AB"/>
          <w:sz w:val="26"/>
        </w:rPr>
        <w:t>[FİRMA ADINIZ]</w:t>
      </w:r>
    </w:p>
    <w:p>
      <w:pPr>
        <w:pageBreakBefore w:val="0"/>
        <w:spacing w:after="80" w:line="240" w:lineRule="auto"/>
      </w:pPr>
      <w:r>
        <w:rPr>
          <w:rFonts w:ascii="Calibri" w:hAnsi="Calibri"/>
          <w:b/>
          <w:color w:val="111111"/>
          <w:sz w:val="30"/>
        </w:rPr>
        <w:t>YÜK / MAL TESLİM TUTANAĞI</w:t>
      </w:r>
    </w:p>
    <w:tbl>
      <w:tblPr>
        <w:tblStyle w:val="TableGrid"/>
        <w:tblW w:type="dxa" w:w="963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9CA3AF"/>
          <w:left w:val="single" w:sz="4" w:space="0" w:color="9CA3AF"/>
          <w:bottom w:val="single" w:sz="4" w:space="0" w:color="9CA3AF"/>
          <w:right w:val="single" w:sz="4" w:space="0" w:color="9CA3AF"/>
          <w:insideH w:val="single" w:sz="4" w:space="0" w:color="9CA3AF"/>
          <w:insideV w:val="single" w:sz="4" w:space="0" w:color="9CA3AF"/>
        </w:tblBorders>
      </w:tblPr>
      <w:tblGrid>
        <w:gridCol w:w="1474"/>
        <w:gridCol w:w="3345"/>
        <w:gridCol w:w="1474"/>
        <w:gridCol w:w="3345"/>
      </w:tblGrid>
      <w:tr>
        <w:trPr>
          <w:trHeight w:hRule="atLeast" w:val="425"/>
        </w:trPr>
        <w:tc>
          <w:tcPr>
            <w:tcW w:type="dxa" w:w="1474"/>
          </w:tcPr>
          <w:p>
            <w:pPr>
              <w:spacing w:after="0" w:line="240" w:lineRule="auto"/>
            </w:pPr>
            <w:r>
              <w:rPr>
                <w:rFonts w:ascii="Calibri" w:hAnsi="Calibri"/>
                <w:b/>
                <w:color w:val="6B7280"/>
                <w:sz w:val="18"/>
              </w:rPr>
              <w:t>Tutanak no</w:t>
            </w:r>
          </w:p>
        </w:tc>
        <w:tc>
          <w:tcPr>
            <w:tcW w:type="dxa" w:w="3345"/>
          </w:tcPr>
          <w:p>
            <w:pPr>
              <w:spacing w:after="0" w:line="240" w:lineRule="auto"/>
            </w:pPr>
          </w:p>
        </w:tc>
        <w:tc>
          <w:tcPr>
            <w:tcW w:type="dxa" w:w="1474"/>
          </w:tcPr>
          <w:p>
            <w:pPr>
              <w:spacing w:after="0" w:line="240" w:lineRule="auto"/>
            </w:pPr>
            <w:r>
              <w:rPr>
                <w:rFonts w:ascii="Calibri" w:hAnsi="Calibri"/>
                <w:b/>
                <w:color w:val="6B7280"/>
                <w:sz w:val="18"/>
              </w:rPr>
              <w:t>Tarih</w:t>
            </w:r>
          </w:p>
        </w:tc>
        <w:tc>
          <w:tcPr>
            <w:tcW w:type="dxa" w:w="3345"/>
          </w:tcPr>
          <w:p>
            <w:pPr>
              <w:spacing w:after="0" w:line="240" w:lineRule="auto"/>
            </w:pPr>
          </w:p>
        </w:tc>
      </w:tr>
    </w:tbl>
    <w:p>
      <w:pPr>
        <w:spacing w:after="0" w:before="0" w:line="120" w:lineRule="exact"/>
      </w:pPr>
    </w:p>
    <w:p>
      <w:pPr>
        <w:pageBreakBefore w:val="0"/>
        <w:spacing w:after="120" w:line="240" w:lineRule="auto"/>
      </w:pPr>
      <w:r>
        <w:rPr>
          <w:rFonts w:ascii="Calibri" w:hAnsi="Calibri"/>
          <w:b w:val="0"/>
          <w:color w:val="111111"/>
          <w:sz w:val="20"/>
        </w:rPr>
        <w:t>Aşağıda bilgileri yazılı yük, belirtilen durumda teslim edilmiş ve teslim alınmıştır.</w:t>
      </w:r>
    </w:p>
    <w:p>
      <w:pPr>
        <w:pageBreakBefore w:val="0"/>
        <w:spacing w:after="40" w:line="240" w:lineRule="auto"/>
      </w:pPr>
      <w:r>
        <w:rPr>
          <w:rFonts w:ascii="Calibri" w:hAnsi="Calibri"/>
          <w:b/>
          <w:color w:val="111111"/>
          <w:sz w:val="22"/>
        </w:rPr>
        <w:t>1. Taşıma bilgisi</w:t>
      </w:r>
    </w:p>
    <w:tbl>
      <w:tblPr>
        <w:tblStyle w:val="TableGrid"/>
        <w:tblW w:type="dxa" w:w="963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9CA3AF"/>
          <w:left w:val="single" w:sz="4" w:space="0" w:color="9CA3AF"/>
          <w:bottom w:val="single" w:sz="4" w:space="0" w:color="9CA3AF"/>
          <w:right w:val="single" w:sz="4" w:space="0" w:color="9CA3AF"/>
          <w:insideH w:val="single" w:sz="4" w:space="0" w:color="9CA3AF"/>
          <w:insideV w:val="single" w:sz="4" w:space="0" w:color="9CA3AF"/>
        </w:tblBorders>
      </w:tblPr>
      <w:tblGrid>
        <w:gridCol w:w="2041"/>
        <w:gridCol w:w="2778"/>
        <w:gridCol w:w="2041"/>
        <w:gridCol w:w="2778"/>
      </w:tblGrid>
      <w:tr>
        <w:trPr>
          <w:trHeight w:hRule="atLeast" w:val="397"/>
        </w:trPr>
        <w:tc>
          <w:tcPr>
            <w:tcW w:type="dxa" w:w="2041"/>
          </w:tcPr>
          <w:p>
            <w:pPr>
              <w:spacing w:after="0" w:line="240" w:lineRule="auto"/>
            </w:pPr>
            <w:r>
              <w:rPr>
                <w:rFonts w:ascii="Calibri" w:hAnsi="Calibri"/>
                <w:b/>
                <w:color w:val="6B7280"/>
                <w:sz w:val="19"/>
              </w:rPr>
              <w:t>Sipariş / iş no</w:t>
            </w:r>
          </w:p>
        </w:tc>
        <w:tc>
          <w:tcPr>
            <w:tcW w:type="dxa" w:w="2778"/>
          </w:tcPr>
          <w:p>
            <w:pPr>
              <w:spacing w:after="0" w:line="240" w:lineRule="auto"/>
            </w:pPr>
          </w:p>
        </w:tc>
        <w:tc>
          <w:tcPr>
            <w:tcW w:type="dxa" w:w="2041"/>
          </w:tcPr>
          <w:p>
            <w:pPr>
              <w:spacing w:after="0" w:line="240" w:lineRule="auto"/>
            </w:pPr>
            <w:r>
              <w:rPr>
                <w:rFonts w:ascii="Calibri" w:hAnsi="Calibri"/>
                <w:b/>
                <w:color w:val="6B7280"/>
                <w:sz w:val="19"/>
              </w:rPr>
              <w:t>İrsaliye no</w:t>
            </w:r>
          </w:p>
        </w:tc>
        <w:tc>
          <w:tcPr>
            <w:tcW w:type="dxa" w:w="2778"/>
          </w:tcPr>
          <w:p>
            <w:pPr>
              <w:spacing w:after="0" w:line="240" w:lineRule="auto"/>
            </w:pPr>
          </w:p>
        </w:tc>
      </w:tr>
      <w:tr>
        <w:trPr>
          <w:trHeight w:hRule="atLeast" w:val="397"/>
        </w:trPr>
        <w:tc>
          <w:tcPr>
            <w:tcW w:type="dxa" w:w="2041"/>
          </w:tcPr>
          <w:p>
            <w:pPr>
              <w:spacing w:after="0" w:line="240" w:lineRule="auto"/>
            </w:pPr>
            <w:r>
              <w:rPr>
                <w:rFonts w:ascii="Calibri" w:hAnsi="Calibri"/>
                <w:b/>
                <w:color w:val="6B7280"/>
                <w:sz w:val="19"/>
              </w:rPr>
              <w:t>Plaka</w:t>
            </w:r>
          </w:p>
        </w:tc>
        <w:tc>
          <w:tcPr>
            <w:tcW w:type="dxa" w:w="2778"/>
          </w:tcPr>
          <w:p>
            <w:pPr>
              <w:spacing w:after="0" w:line="240" w:lineRule="auto"/>
            </w:pPr>
          </w:p>
        </w:tc>
        <w:tc>
          <w:tcPr>
            <w:tcW w:type="dxa" w:w="2041"/>
          </w:tcPr>
          <w:p>
            <w:pPr>
              <w:spacing w:after="0" w:line="240" w:lineRule="auto"/>
            </w:pPr>
            <w:r>
              <w:rPr>
                <w:rFonts w:ascii="Calibri" w:hAnsi="Calibri"/>
                <w:b/>
                <w:color w:val="6B7280"/>
                <w:sz w:val="19"/>
              </w:rPr>
              <w:t>Dorse plakası</w:t>
            </w:r>
          </w:p>
        </w:tc>
        <w:tc>
          <w:tcPr>
            <w:tcW w:type="dxa" w:w="2778"/>
          </w:tcPr>
          <w:p>
            <w:pPr>
              <w:spacing w:after="0" w:line="240" w:lineRule="auto"/>
            </w:pPr>
          </w:p>
        </w:tc>
      </w:tr>
      <w:tr>
        <w:trPr>
          <w:trHeight w:hRule="atLeast" w:val="397"/>
        </w:trPr>
        <w:tc>
          <w:tcPr>
            <w:tcW w:type="dxa" w:w="2041"/>
          </w:tcPr>
          <w:p>
            <w:pPr>
              <w:spacing w:after="0" w:line="240" w:lineRule="auto"/>
            </w:pPr>
            <w:r>
              <w:rPr>
                <w:rFonts w:ascii="Calibri" w:hAnsi="Calibri"/>
                <w:b/>
                <w:color w:val="6B7280"/>
                <w:sz w:val="19"/>
              </w:rPr>
              <w:t>Sürücü (ad soyad)</w:t>
            </w:r>
          </w:p>
        </w:tc>
        <w:tc>
          <w:tcPr>
            <w:tcW w:type="dxa" w:w="7597"/>
            <w:gridSpan w:val="3"/>
          </w:tcPr>
          <w:p>
            <w:pPr>
              <w:spacing w:after="0" w:line="240" w:lineRule="auto"/>
            </w:pPr>
          </w:p>
        </w:tc>
      </w:tr>
      <w:tr>
        <w:trPr>
          <w:trHeight w:hRule="atLeast" w:val="397"/>
        </w:trPr>
        <w:tc>
          <w:tcPr>
            <w:tcW w:type="dxa" w:w="2041"/>
          </w:tcPr>
          <w:p>
            <w:pPr>
              <w:spacing w:after="0" w:line="240" w:lineRule="auto"/>
            </w:pPr>
            <w:r>
              <w:rPr>
                <w:rFonts w:ascii="Calibri" w:hAnsi="Calibri"/>
                <w:b/>
                <w:color w:val="6B7280"/>
                <w:sz w:val="19"/>
              </w:rPr>
              <w:t>Çıkış yeri</w:t>
            </w:r>
          </w:p>
        </w:tc>
        <w:tc>
          <w:tcPr>
            <w:tcW w:type="dxa" w:w="2778"/>
          </w:tcPr>
          <w:p>
            <w:pPr>
              <w:spacing w:after="0" w:line="240" w:lineRule="auto"/>
            </w:pPr>
          </w:p>
        </w:tc>
        <w:tc>
          <w:tcPr>
            <w:tcW w:type="dxa" w:w="2041"/>
          </w:tcPr>
          <w:p>
            <w:pPr>
              <w:spacing w:after="0" w:line="240" w:lineRule="auto"/>
            </w:pPr>
            <w:r>
              <w:rPr>
                <w:rFonts w:ascii="Calibri" w:hAnsi="Calibri"/>
                <w:b/>
                <w:color w:val="6B7280"/>
                <w:sz w:val="19"/>
              </w:rPr>
              <w:t>Teslim yeri</w:t>
            </w:r>
          </w:p>
        </w:tc>
        <w:tc>
          <w:tcPr>
            <w:tcW w:type="dxa" w:w="2778"/>
          </w:tcPr>
          <w:p>
            <w:pPr>
              <w:spacing w:after="0" w:line="240" w:lineRule="auto"/>
            </w:pPr>
          </w:p>
        </w:tc>
      </w:tr>
    </w:tbl>
    <w:p>
      <w:pPr>
        <w:spacing w:after="0" w:before="0" w:line="80" w:lineRule="exact"/>
      </w:pPr>
    </w:p>
    <w:p>
      <w:pPr>
        <w:pageBreakBefore w:val="0"/>
        <w:spacing w:after="40" w:line="240" w:lineRule="auto"/>
      </w:pPr>
      <w:r>
        <w:rPr>
          <w:rFonts w:ascii="Calibri" w:hAnsi="Calibri"/>
          <w:b/>
          <w:color w:val="111111"/>
          <w:sz w:val="22"/>
        </w:rPr>
        <w:t>2. Taraflar</w:t>
      </w:r>
    </w:p>
    <w:tbl>
      <w:tblPr>
        <w:tblStyle w:val="TableGrid"/>
        <w:tblW w:type="dxa" w:w="963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9CA3AF"/>
          <w:left w:val="single" w:sz="4" w:space="0" w:color="9CA3AF"/>
          <w:bottom w:val="single" w:sz="4" w:space="0" w:color="9CA3AF"/>
          <w:right w:val="single" w:sz="4" w:space="0" w:color="9CA3AF"/>
          <w:insideH w:val="single" w:sz="4" w:space="0" w:color="9CA3AF"/>
          <w:insideV w:val="single" w:sz="4" w:space="0" w:color="9CA3AF"/>
        </w:tblBorders>
      </w:tblPr>
      <w:tblGrid>
        <w:gridCol w:w="2041"/>
        <w:gridCol w:w="7597"/>
      </w:tblGrid>
      <w:tr>
        <w:trPr>
          <w:trHeight w:hRule="atLeast" w:val="397"/>
        </w:trPr>
        <w:tc>
          <w:tcPr>
            <w:tcW w:type="dxa" w:w="2041"/>
          </w:tcPr>
          <w:p>
            <w:pPr>
              <w:spacing w:after="0" w:line="240" w:lineRule="auto"/>
            </w:pPr>
            <w:r>
              <w:rPr>
                <w:rFonts w:ascii="Calibri" w:hAnsi="Calibri"/>
                <w:b/>
                <w:color w:val="6B7280"/>
                <w:sz w:val="19"/>
              </w:rPr>
              <w:t>Gönderen</w:t>
            </w:r>
          </w:p>
        </w:tc>
        <w:tc>
          <w:tcPr>
            <w:tcW w:type="dxa" w:w="7597"/>
          </w:tcPr>
          <w:p>
            <w:pPr>
              <w:spacing w:after="0" w:line="240" w:lineRule="auto"/>
            </w:pPr>
          </w:p>
        </w:tc>
      </w:tr>
      <w:tr>
        <w:trPr>
          <w:trHeight w:hRule="atLeast" w:val="397"/>
        </w:trPr>
        <w:tc>
          <w:tcPr>
            <w:tcW w:type="dxa" w:w="2041"/>
          </w:tcPr>
          <w:p>
            <w:pPr>
              <w:spacing w:after="0" w:line="240" w:lineRule="auto"/>
            </w:pPr>
            <w:r>
              <w:rPr>
                <w:rFonts w:ascii="Calibri" w:hAnsi="Calibri"/>
                <w:b/>
                <w:color w:val="6B7280"/>
                <w:sz w:val="19"/>
              </w:rPr>
              <w:t>Alıcı</w:t>
            </w:r>
          </w:p>
        </w:tc>
        <w:tc>
          <w:tcPr>
            <w:tcW w:type="dxa" w:w="7597"/>
          </w:tcPr>
          <w:p>
            <w:pPr>
              <w:spacing w:after="0" w:line="240" w:lineRule="auto"/>
            </w:pPr>
          </w:p>
        </w:tc>
      </w:tr>
      <w:tr>
        <w:trPr>
          <w:trHeight w:hRule="atLeast" w:val="397"/>
        </w:trPr>
        <w:tc>
          <w:tcPr>
            <w:tcW w:type="dxa" w:w="2041"/>
          </w:tcPr>
          <w:p>
            <w:pPr>
              <w:spacing w:after="0" w:line="240" w:lineRule="auto"/>
            </w:pPr>
            <w:r>
              <w:rPr>
                <w:rFonts w:ascii="Calibri" w:hAnsi="Calibri"/>
                <w:b/>
                <w:color w:val="6B7280"/>
                <w:sz w:val="19"/>
              </w:rPr>
              <w:t>Taşıyan firma</w:t>
            </w:r>
          </w:p>
        </w:tc>
        <w:tc>
          <w:tcPr>
            <w:tcW w:type="dxa" w:w="7597"/>
          </w:tcPr>
          <w:p>
            <w:pPr>
              <w:spacing w:after="0" w:line="240" w:lineRule="auto"/>
            </w:pPr>
          </w:p>
        </w:tc>
      </w:tr>
    </w:tbl>
    <w:p>
      <w:pPr>
        <w:spacing w:after="0" w:before="0" w:line="80" w:lineRule="exact"/>
      </w:pPr>
    </w:p>
    <w:p>
      <w:pPr>
        <w:pageBreakBefore w:val="0"/>
        <w:spacing w:after="40" w:line="240" w:lineRule="auto"/>
      </w:pPr>
      <w:r>
        <w:rPr>
          <w:rFonts w:ascii="Calibri" w:hAnsi="Calibri"/>
          <w:b/>
          <w:color w:val="111111"/>
          <w:sz w:val="22"/>
        </w:rPr>
        <w:t>3. Teslim edilen yük</w:t>
      </w:r>
    </w:p>
    <w:tbl>
      <w:tblPr>
        <w:tblStyle w:val="TableGrid"/>
        <w:tblW w:type="dxa" w:w="963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9CA3AF"/>
          <w:left w:val="single" w:sz="4" w:space="0" w:color="9CA3AF"/>
          <w:bottom w:val="single" w:sz="4" w:space="0" w:color="9CA3AF"/>
          <w:right w:val="single" w:sz="4" w:space="0" w:color="9CA3AF"/>
          <w:insideH w:val="single" w:sz="4" w:space="0" w:color="9CA3AF"/>
          <w:insideV w:val="single" w:sz="4" w:space="0" w:color="9CA3AF"/>
        </w:tblBorders>
      </w:tblPr>
      <w:tblGrid>
        <w:gridCol w:w="567"/>
        <w:gridCol w:w="2381"/>
        <w:gridCol w:w="1247"/>
        <w:gridCol w:w="1134"/>
        <w:gridCol w:w="1134"/>
        <w:gridCol w:w="1020"/>
        <w:gridCol w:w="2154"/>
      </w:tblGrid>
      <w:tr>
        <w:trPr>
          <w:trHeight w:hRule="atLeast" w:val="482"/>
        </w:trPr>
        <w:tc>
          <w:tcPr>
            <w:tcW w:type="dxa" w:w="567"/>
          </w:tcPr>
          <w:p>
            <w:pPr>
              <w:spacing w:after="0" w:line="240" w:lineRule="auto"/>
            </w:pPr>
            <w:r>
              <w:rPr>
                <w:rFonts w:ascii="Calibri" w:hAnsi="Calibri"/>
                <w:b/>
                <w:color w:val="6B7280"/>
                <w:sz w:val="17"/>
              </w:rPr>
              <w:t>Sıra</w:t>
            </w:r>
          </w:p>
        </w:tc>
        <w:tc>
          <w:tcPr>
            <w:tcW w:type="dxa" w:w="2381"/>
          </w:tcPr>
          <w:p>
            <w:pPr>
              <w:spacing w:after="0" w:line="240" w:lineRule="auto"/>
            </w:pPr>
            <w:r>
              <w:rPr>
                <w:rFonts w:ascii="Calibri" w:hAnsi="Calibri"/>
                <w:b/>
                <w:color w:val="6B7280"/>
                <w:sz w:val="17"/>
              </w:rPr>
              <w:t>Yükün cinsi</w:t>
            </w:r>
          </w:p>
        </w:tc>
        <w:tc>
          <w:tcPr>
            <w:tcW w:type="dxa" w:w="1247"/>
          </w:tcPr>
          <w:p>
            <w:pPr>
              <w:spacing w:after="0" w:line="240" w:lineRule="auto"/>
            </w:pPr>
            <w:r>
              <w:rPr>
                <w:rFonts w:ascii="Calibri" w:hAnsi="Calibri"/>
                <w:b/>
                <w:color w:val="6B7280"/>
                <w:sz w:val="17"/>
              </w:rPr>
              <w:t>Ambalaj</w:t>
            </w:r>
          </w:p>
        </w:tc>
        <w:tc>
          <w:tcPr>
            <w:tcW w:type="dxa" w:w="1134"/>
          </w:tcPr>
          <w:p>
            <w:pPr>
              <w:spacing w:after="0" w:line="240" w:lineRule="auto"/>
            </w:pPr>
            <w:r>
              <w:rPr>
                <w:rFonts w:ascii="Calibri" w:hAnsi="Calibri"/>
                <w:b/>
                <w:color w:val="6B7280"/>
                <w:sz w:val="17"/>
              </w:rPr>
              <w:t>İrsaliyedeki adet</w:t>
            </w:r>
          </w:p>
        </w:tc>
        <w:tc>
          <w:tcPr>
            <w:tcW w:type="dxa" w:w="1134"/>
          </w:tcPr>
          <w:p>
            <w:pPr>
              <w:spacing w:after="0" w:line="240" w:lineRule="auto"/>
            </w:pPr>
            <w:r>
              <w:rPr>
                <w:rFonts w:ascii="Calibri" w:hAnsi="Calibri"/>
                <w:b/>
                <w:color w:val="6B7280"/>
                <w:sz w:val="17"/>
              </w:rPr>
              <w:t>Teslim alınan adet</w:t>
            </w:r>
          </w:p>
        </w:tc>
        <w:tc>
          <w:tcPr>
            <w:tcW w:type="dxa" w:w="1020"/>
          </w:tcPr>
          <w:p>
            <w:pPr>
              <w:spacing w:after="0" w:line="240" w:lineRule="auto"/>
            </w:pPr>
            <w:r>
              <w:rPr>
                <w:rFonts w:ascii="Calibri" w:hAnsi="Calibri"/>
                <w:b/>
                <w:color w:val="6B7280"/>
                <w:sz w:val="17"/>
              </w:rPr>
              <w:t>Ağırlık</w:t>
            </w:r>
          </w:p>
        </w:tc>
        <w:tc>
          <w:tcPr>
            <w:tcW w:type="dxa" w:w="2154"/>
          </w:tcPr>
          <w:p>
            <w:pPr>
              <w:spacing w:after="0" w:line="240" w:lineRule="auto"/>
            </w:pPr>
            <w:r>
              <w:rPr>
                <w:rFonts w:ascii="Calibri" w:hAnsi="Calibri"/>
                <w:b/>
                <w:color w:val="6B7280"/>
                <w:sz w:val="17"/>
              </w:rPr>
              <w:t>Fark / not</w:t>
            </w:r>
          </w:p>
        </w:tc>
      </w:tr>
      <w:tr>
        <w:trPr>
          <w:trHeight w:hRule="atLeast" w:val="369"/>
        </w:trPr>
        <w:tc>
          <w:tcPr>
            <w:tcW w:type="dxa" w:w="567"/>
          </w:tcPr>
          <w:p>
            <w:pPr>
              <w:spacing w:after="0" w:line="240" w:lineRule="auto"/>
            </w:pPr>
            <w:r>
              <w:rPr>
                <w:rFonts w:ascii="Calibri" w:hAnsi="Calibri"/>
                <w:b w:val="0"/>
                <w:color w:val="6B7280"/>
                <w:sz w:val="18"/>
              </w:rPr>
              <w:t>1</w:t>
            </w:r>
          </w:p>
        </w:tc>
        <w:tc>
          <w:tcPr>
            <w:tcW w:type="dxa" w:w="2381"/>
          </w:tcPr>
          <w:p>
            <w:pPr>
              <w:spacing w:after="0" w:line="240" w:lineRule="auto"/>
            </w:pPr>
          </w:p>
        </w:tc>
        <w:tc>
          <w:tcPr>
            <w:tcW w:type="dxa" w:w="1247"/>
          </w:tcPr>
          <w:p>
            <w:pPr>
              <w:spacing w:after="0" w:line="240" w:lineRule="auto"/>
            </w:pPr>
          </w:p>
        </w:tc>
        <w:tc>
          <w:tcPr>
            <w:tcW w:type="dxa" w:w="1134"/>
          </w:tcPr>
          <w:p>
            <w:pPr>
              <w:spacing w:after="0" w:line="240" w:lineRule="auto"/>
            </w:pPr>
          </w:p>
        </w:tc>
        <w:tc>
          <w:tcPr>
            <w:tcW w:type="dxa" w:w="1134"/>
          </w:tcPr>
          <w:p>
            <w:pPr>
              <w:spacing w:after="0" w:line="240" w:lineRule="auto"/>
            </w:pPr>
          </w:p>
        </w:tc>
        <w:tc>
          <w:tcPr>
            <w:tcW w:type="dxa" w:w="1020"/>
          </w:tcPr>
          <w:p>
            <w:pPr>
              <w:spacing w:after="0" w:line="240" w:lineRule="auto"/>
            </w:pPr>
          </w:p>
        </w:tc>
        <w:tc>
          <w:tcPr>
            <w:tcW w:type="dxa" w:w="2154"/>
          </w:tcPr>
          <w:p>
            <w:pPr>
              <w:spacing w:after="0" w:line="240" w:lineRule="auto"/>
            </w:pPr>
          </w:p>
        </w:tc>
      </w:tr>
      <w:tr>
        <w:trPr>
          <w:trHeight w:hRule="atLeast" w:val="369"/>
        </w:trPr>
        <w:tc>
          <w:tcPr>
            <w:tcW w:type="dxa" w:w="567"/>
          </w:tcPr>
          <w:p>
            <w:pPr>
              <w:spacing w:after="0" w:line="240" w:lineRule="auto"/>
            </w:pPr>
            <w:r>
              <w:rPr>
                <w:rFonts w:ascii="Calibri" w:hAnsi="Calibri"/>
                <w:b w:val="0"/>
                <w:color w:val="6B7280"/>
                <w:sz w:val="18"/>
              </w:rPr>
              <w:t>2</w:t>
            </w:r>
          </w:p>
        </w:tc>
        <w:tc>
          <w:tcPr>
            <w:tcW w:type="dxa" w:w="2381"/>
          </w:tcPr>
          <w:p>
            <w:pPr>
              <w:spacing w:after="0" w:line="240" w:lineRule="auto"/>
            </w:pPr>
          </w:p>
        </w:tc>
        <w:tc>
          <w:tcPr>
            <w:tcW w:type="dxa" w:w="1247"/>
          </w:tcPr>
          <w:p>
            <w:pPr>
              <w:spacing w:after="0" w:line="240" w:lineRule="auto"/>
            </w:pPr>
          </w:p>
        </w:tc>
        <w:tc>
          <w:tcPr>
            <w:tcW w:type="dxa" w:w="1134"/>
          </w:tcPr>
          <w:p>
            <w:pPr>
              <w:spacing w:after="0" w:line="240" w:lineRule="auto"/>
            </w:pPr>
          </w:p>
        </w:tc>
        <w:tc>
          <w:tcPr>
            <w:tcW w:type="dxa" w:w="1134"/>
          </w:tcPr>
          <w:p>
            <w:pPr>
              <w:spacing w:after="0" w:line="240" w:lineRule="auto"/>
            </w:pPr>
          </w:p>
        </w:tc>
        <w:tc>
          <w:tcPr>
            <w:tcW w:type="dxa" w:w="1020"/>
          </w:tcPr>
          <w:p>
            <w:pPr>
              <w:spacing w:after="0" w:line="240" w:lineRule="auto"/>
            </w:pPr>
          </w:p>
        </w:tc>
        <w:tc>
          <w:tcPr>
            <w:tcW w:type="dxa" w:w="2154"/>
          </w:tcPr>
          <w:p>
            <w:pPr>
              <w:spacing w:after="0" w:line="240" w:lineRule="auto"/>
            </w:pPr>
          </w:p>
        </w:tc>
      </w:tr>
      <w:tr>
        <w:trPr>
          <w:trHeight w:hRule="atLeast" w:val="369"/>
        </w:trPr>
        <w:tc>
          <w:tcPr>
            <w:tcW w:type="dxa" w:w="567"/>
          </w:tcPr>
          <w:p>
            <w:pPr>
              <w:spacing w:after="0" w:line="240" w:lineRule="auto"/>
            </w:pPr>
            <w:r>
              <w:rPr>
                <w:rFonts w:ascii="Calibri" w:hAnsi="Calibri"/>
                <w:b w:val="0"/>
                <w:color w:val="6B7280"/>
                <w:sz w:val="18"/>
              </w:rPr>
              <w:t>3</w:t>
            </w:r>
          </w:p>
        </w:tc>
        <w:tc>
          <w:tcPr>
            <w:tcW w:type="dxa" w:w="2381"/>
          </w:tcPr>
          <w:p>
            <w:pPr>
              <w:spacing w:after="0" w:line="240" w:lineRule="auto"/>
            </w:pPr>
          </w:p>
        </w:tc>
        <w:tc>
          <w:tcPr>
            <w:tcW w:type="dxa" w:w="1247"/>
          </w:tcPr>
          <w:p>
            <w:pPr>
              <w:spacing w:after="0" w:line="240" w:lineRule="auto"/>
            </w:pPr>
          </w:p>
        </w:tc>
        <w:tc>
          <w:tcPr>
            <w:tcW w:type="dxa" w:w="1134"/>
          </w:tcPr>
          <w:p>
            <w:pPr>
              <w:spacing w:after="0" w:line="240" w:lineRule="auto"/>
            </w:pPr>
          </w:p>
        </w:tc>
        <w:tc>
          <w:tcPr>
            <w:tcW w:type="dxa" w:w="1134"/>
          </w:tcPr>
          <w:p>
            <w:pPr>
              <w:spacing w:after="0" w:line="240" w:lineRule="auto"/>
            </w:pPr>
          </w:p>
        </w:tc>
        <w:tc>
          <w:tcPr>
            <w:tcW w:type="dxa" w:w="1020"/>
          </w:tcPr>
          <w:p>
            <w:pPr>
              <w:spacing w:after="0" w:line="240" w:lineRule="auto"/>
            </w:pPr>
          </w:p>
        </w:tc>
        <w:tc>
          <w:tcPr>
            <w:tcW w:type="dxa" w:w="2154"/>
          </w:tcPr>
          <w:p>
            <w:pPr>
              <w:spacing w:after="0" w:line="240" w:lineRule="auto"/>
            </w:pPr>
          </w:p>
        </w:tc>
      </w:tr>
      <w:tr>
        <w:trPr>
          <w:trHeight w:hRule="atLeast" w:val="369"/>
        </w:trPr>
        <w:tc>
          <w:tcPr>
            <w:tcW w:type="dxa" w:w="567"/>
          </w:tcPr>
          <w:p>
            <w:pPr>
              <w:spacing w:after="0" w:line="240" w:lineRule="auto"/>
            </w:pPr>
            <w:r>
              <w:rPr>
                <w:rFonts w:ascii="Calibri" w:hAnsi="Calibri"/>
                <w:b w:val="0"/>
                <w:color w:val="6B7280"/>
                <w:sz w:val="18"/>
              </w:rPr>
              <w:t>4</w:t>
            </w:r>
          </w:p>
        </w:tc>
        <w:tc>
          <w:tcPr>
            <w:tcW w:type="dxa" w:w="2381"/>
          </w:tcPr>
          <w:p>
            <w:pPr>
              <w:spacing w:after="0" w:line="240" w:lineRule="auto"/>
            </w:pPr>
          </w:p>
        </w:tc>
        <w:tc>
          <w:tcPr>
            <w:tcW w:type="dxa" w:w="1247"/>
          </w:tcPr>
          <w:p>
            <w:pPr>
              <w:spacing w:after="0" w:line="240" w:lineRule="auto"/>
            </w:pPr>
          </w:p>
        </w:tc>
        <w:tc>
          <w:tcPr>
            <w:tcW w:type="dxa" w:w="1134"/>
          </w:tcPr>
          <w:p>
            <w:pPr>
              <w:spacing w:after="0" w:line="240" w:lineRule="auto"/>
            </w:pPr>
          </w:p>
        </w:tc>
        <w:tc>
          <w:tcPr>
            <w:tcW w:type="dxa" w:w="1134"/>
          </w:tcPr>
          <w:p>
            <w:pPr>
              <w:spacing w:after="0" w:line="240" w:lineRule="auto"/>
            </w:pPr>
          </w:p>
        </w:tc>
        <w:tc>
          <w:tcPr>
            <w:tcW w:type="dxa" w:w="1020"/>
          </w:tcPr>
          <w:p>
            <w:pPr>
              <w:spacing w:after="0" w:line="240" w:lineRule="auto"/>
            </w:pPr>
          </w:p>
        </w:tc>
        <w:tc>
          <w:tcPr>
            <w:tcW w:type="dxa" w:w="2154"/>
          </w:tcPr>
          <w:p>
            <w:pPr>
              <w:spacing w:after="0" w:line="240" w:lineRule="auto"/>
            </w:pPr>
          </w:p>
        </w:tc>
      </w:tr>
      <w:tr>
        <w:trPr>
          <w:trHeight w:hRule="atLeast" w:val="369"/>
        </w:trPr>
        <w:tc>
          <w:tcPr>
            <w:tcW w:type="dxa" w:w="567"/>
          </w:tcPr>
          <w:p>
            <w:pPr>
              <w:spacing w:after="0" w:line="240" w:lineRule="auto"/>
            </w:pPr>
            <w:r>
              <w:rPr>
                <w:rFonts w:ascii="Calibri" w:hAnsi="Calibri"/>
                <w:b w:val="0"/>
                <w:color w:val="6B7280"/>
                <w:sz w:val="18"/>
              </w:rPr>
              <w:t>5</w:t>
            </w:r>
          </w:p>
        </w:tc>
        <w:tc>
          <w:tcPr>
            <w:tcW w:type="dxa" w:w="2381"/>
          </w:tcPr>
          <w:p>
            <w:pPr>
              <w:spacing w:after="0" w:line="240" w:lineRule="auto"/>
            </w:pPr>
          </w:p>
        </w:tc>
        <w:tc>
          <w:tcPr>
            <w:tcW w:type="dxa" w:w="1247"/>
          </w:tcPr>
          <w:p>
            <w:pPr>
              <w:spacing w:after="0" w:line="240" w:lineRule="auto"/>
            </w:pPr>
          </w:p>
        </w:tc>
        <w:tc>
          <w:tcPr>
            <w:tcW w:type="dxa" w:w="1134"/>
          </w:tcPr>
          <w:p>
            <w:pPr>
              <w:spacing w:after="0" w:line="240" w:lineRule="auto"/>
            </w:pPr>
          </w:p>
        </w:tc>
        <w:tc>
          <w:tcPr>
            <w:tcW w:type="dxa" w:w="1134"/>
          </w:tcPr>
          <w:p>
            <w:pPr>
              <w:spacing w:after="0" w:line="240" w:lineRule="auto"/>
            </w:pPr>
          </w:p>
        </w:tc>
        <w:tc>
          <w:tcPr>
            <w:tcW w:type="dxa" w:w="1020"/>
          </w:tcPr>
          <w:p>
            <w:pPr>
              <w:spacing w:after="0" w:line="240" w:lineRule="auto"/>
            </w:pPr>
          </w:p>
        </w:tc>
        <w:tc>
          <w:tcPr>
            <w:tcW w:type="dxa" w:w="2154"/>
          </w:tcPr>
          <w:p>
            <w:pPr>
              <w:spacing w:after="0" w:line="240" w:lineRule="auto"/>
            </w:pPr>
          </w:p>
        </w:tc>
      </w:tr>
      <w:tr>
        <w:trPr>
          <w:trHeight w:hRule="atLeast" w:val="369"/>
        </w:trPr>
        <w:tc>
          <w:tcPr>
            <w:tcW w:type="dxa" w:w="567"/>
          </w:tcPr>
          <w:p>
            <w:pPr>
              <w:spacing w:after="0" w:line="240" w:lineRule="auto"/>
            </w:pPr>
            <w:r>
              <w:rPr>
                <w:rFonts w:ascii="Calibri" w:hAnsi="Calibri"/>
                <w:b w:val="0"/>
                <w:color w:val="6B7280"/>
                <w:sz w:val="18"/>
              </w:rPr>
              <w:t>6</w:t>
            </w:r>
          </w:p>
        </w:tc>
        <w:tc>
          <w:tcPr>
            <w:tcW w:type="dxa" w:w="2381"/>
          </w:tcPr>
          <w:p>
            <w:pPr>
              <w:spacing w:after="0" w:line="240" w:lineRule="auto"/>
            </w:pPr>
          </w:p>
        </w:tc>
        <w:tc>
          <w:tcPr>
            <w:tcW w:type="dxa" w:w="1247"/>
          </w:tcPr>
          <w:p>
            <w:pPr>
              <w:spacing w:after="0" w:line="240" w:lineRule="auto"/>
            </w:pPr>
          </w:p>
        </w:tc>
        <w:tc>
          <w:tcPr>
            <w:tcW w:type="dxa" w:w="1134"/>
          </w:tcPr>
          <w:p>
            <w:pPr>
              <w:spacing w:after="0" w:line="240" w:lineRule="auto"/>
            </w:pPr>
          </w:p>
        </w:tc>
        <w:tc>
          <w:tcPr>
            <w:tcW w:type="dxa" w:w="1134"/>
          </w:tcPr>
          <w:p>
            <w:pPr>
              <w:spacing w:after="0" w:line="240" w:lineRule="auto"/>
            </w:pPr>
          </w:p>
        </w:tc>
        <w:tc>
          <w:tcPr>
            <w:tcW w:type="dxa" w:w="1020"/>
          </w:tcPr>
          <w:p>
            <w:pPr>
              <w:spacing w:after="0" w:line="240" w:lineRule="auto"/>
            </w:pPr>
          </w:p>
        </w:tc>
        <w:tc>
          <w:tcPr>
            <w:tcW w:type="dxa" w:w="2154"/>
          </w:tcPr>
          <w:p>
            <w:pPr>
              <w:spacing w:after="0" w:line="240" w:lineRule="auto"/>
            </w:pPr>
          </w:p>
        </w:tc>
      </w:tr>
      <w:tr>
        <w:trPr>
          <w:trHeight w:hRule="atLeast" w:val="369"/>
        </w:trPr>
        <w:tc>
          <w:tcPr>
            <w:tcW w:type="dxa" w:w="567"/>
          </w:tcPr>
          <w:p>
            <w:pPr>
              <w:spacing w:after="0" w:line="240" w:lineRule="auto"/>
            </w:pPr>
            <w:r>
              <w:rPr>
                <w:rFonts w:ascii="Calibri" w:hAnsi="Calibri"/>
                <w:b w:val="0"/>
                <w:color w:val="6B7280"/>
                <w:sz w:val="18"/>
              </w:rPr>
              <w:t>7</w:t>
            </w:r>
          </w:p>
        </w:tc>
        <w:tc>
          <w:tcPr>
            <w:tcW w:type="dxa" w:w="2381"/>
          </w:tcPr>
          <w:p>
            <w:pPr>
              <w:spacing w:after="0" w:line="240" w:lineRule="auto"/>
            </w:pPr>
          </w:p>
        </w:tc>
        <w:tc>
          <w:tcPr>
            <w:tcW w:type="dxa" w:w="1247"/>
          </w:tcPr>
          <w:p>
            <w:pPr>
              <w:spacing w:after="0" w:line="240" w:lineRule="auto"/>
            </w:pPr>
          </w:p>
        </w:tc>
        <w:tc>
          <w:tcPr>
            <w:tcW w:type="dxa" w:w="1134"/>
          </w:tcPr>
          <w:p>
            <w:pPr>
              <w:spacing w:after="0" w:line="240" w:lineRule="auto"/>
            </w:pPr>
          </w:p>
        </w:tc>
        <w:tc>
          <w:tcPr>
            <w:tcW w:type="dxa" w:w="1134"/>
          </w:tcPr>
          <w:p>
            <w:pPr>
              <w:spacing w:after="0" w:line="240" w:lineRule="auto"/>
            </w:pPr>
          </w:p>
        </w:tc>
        <w:tc>
          <w:tcPr>
            <w:tcW w:type="dxa" w:w="1020"/>
          </w:tcPr>
          <w:p>
            <w:pPr>
              <w:spacing w:after="0" w:line="240" w:lineRule="auto"/>
            </w:pPr>
          </w:p>
        </w:tc>
        <w:tc>
          <w:tcPr>
            <w:tcW w:type="dxa" w:w="2154"/>
          </w:tcPr>
          <w:p>
            <w:pPr>
              <w:spacing w:after="0" w:line="240" w:lineRule="auto"/>
            </w:pPr>
          </w:p>
        </w:tc>
      </w:tr>
      <w:tr>
        <w:trPr>
          <w:trHeight w:hRule="atLeast" w:val="369"/>
        </w:trPr>
        <w:tc>
          <w:tcPr>
            <w:tcW w:type="dxa" w:w="567"/>
          </w:tcPr>
          <w:p>
            <w:pPr>
              <w:spacing w:after="0" w:line="240" w:lineRule="auto"/>
            </w:pPr>
            <w:r>
              <w:rPr>
                <w:rFonts w:ascii="Calibri" w:hAnsi="Calibri"/>
                <w:b w:val="0"/>
                <w:color w:val="6B7280"/>
                <w:sz w:val="18"/>
              </w:rPr>
              <w:t>8</w:t>
            </w:r>
          </w:p>
        </w:tc>
        <w:tc>
          <w:tcPr>
            <w:tcW w:type="dxa" w:w="2381"/>
          </w:tcPr>
          <w:p>
            <w:pPr>
              <w:spacing w:after="0" w:line="240" w:lineRule="auto"/>
            </w:pPr>
          </w:p>
        </w:tc>
        <w:tc>
          <w:tcPr>
            <w:tcW w:type="dxa" w:w="1247"/>
          </w:tcPr>
          <w:p>
            <w:pPr>
              <w:spacing w:after="0" w:line="240" w:lineRule="auto"/>
            </w:pPr>
          </w:p>
        </w:tc>
        <w:tc>
          <w:tcPr>
            <w:tcW w:type="dxa" w:w="1134"/>
          </w:tcPr>
          <w:p>
            <w:pPr>
              <w:spacing w:after="0" w:line="240" w:lineRule="auto"/>
            </w:pPr>
          </w:p>
        </w:tc>
        <w:tc>
          <w:tcPr>
            <w:tcW w:type="dxa" w:w="1134"/>
          </w:tcPr>
          <w:p>
            <w:pPr>
              <w:spacing w:after="0" w:line="240" w:lineRule="auto"/>
            </w:pPr>
          </w:p>
        </w:tc>
        <w:tc>
          <w:tcPr>
            <w:tcW w:type="dxa" w:w="1020"/>
          </w:tcPr>
          <w:p>
            <w:pPr>
              <w:spacing w:after="0" w:line="240" w:lineRule="auto"/>
            </w:pPr>
          </w:p>
        </w:tc>
        <w:tc>
          <w:tcPr>
            <w:tcW w:type="dxa" w:w="2154"/>
          </w:tcPr>
          <w:p>
            <w:pPr>
              <w:spacing w:after="0" w:line="240" w:lineRule="auto"/>
            </w:pPr>
          </w:p>
        </w:tc>
      </w:tr>
    </w:tbl>
    <w:p>
      <w:pPr>
        <w:spacing w:after="0" w:before="0" w:line="80" w:lineRule="exact"/>
      </w:pPr>
    </w:p>
    <w:p>
      <w:pPr>
        <w:pageBreakBefore w:val="0"/>
        <w:spacing w:after="40" w:line="240" w:lineRule="auto"/>
      </w:pPr>
      <w:r>
        <w:rPr>
          <w:rFonts w:ascii="Calibri" w:hAnsi="Calibri"/>
          <w:b/>
          <w:color w:val="111111"/>
          <w:sz w:val="22"/>
        </w:rPr>
        <w:t>4. Teslim durumu</w:t>
      </w:r>
    </w:p>
    <w:tbl>
      <w:tblPr>
        <w:tblStyle w:val="TableGrid"/>
        <w:tblW w:type="dxa" w:w="963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9CA3AF"/>
          <w:left w:val="single" w:sz="4" w:space="0" w:color="9CA3AF"/>
          <w:bottom w:val="single" w:sz="4" w:space="0" w:color="9CA3AF"/>
          <w:right w:val="single" w:sz="4" w:space="0" w:color="9CA3AF"/>
          <w:insideH w:val="single" w:sz="4" w:space="0" w:color="9CA3AF"/>
          <w:insideV w:val="single" w:sz="4" w:space="0" w:color="9CA3AF"/>
        </w:tblBorders>
      </w:tblPr>
      <w:tblGrid>
        <w:gridCol w:w="2041"/>
        <w:gridCol w:w="7597"/>
      </w:tblGrid>
      <w:tr>
        <w:trPr>
          <w:trHeight w:hRule="atLeast" w:val="397"/>
        </w:trPr>
        <w:tc>
          <w:tcPr>
            <w:tcW w:type="dxa" w:w="9638"/>
            <w:gridSpan w:val="2"/>
          </w:tcPr>
          <w:p>
            <w:pPr>
              <w:spacing w:after="0" w:line="240" w:lineRule="auto"/>
            </w:pPr>
            <w:r>
              <w:rPr>
                <w:rFonts w:ascii="Calibri" w:hAnsi="Calibri"/>
                <w:b w:val="0"/>
                <w:color w:val="111111"/>
                <w:sz w:val="20"/>
              </w:rPr>
              <w:t>☐ Eksiksiz      ☐ Eksik      ☐ Hasarlı      ☐ Kısmen reddedildi</w:t>
            </w:r>
          </w:p>
        </w:tc>
      </w:tr>
      <w:tr>
        <w:trPr>
          <w:trHeight w:hRule="atLeast" w:val="1077"/>
        </w:trPr>
        <w:tc>
          <w:tcPr>
            <w:tcW w:type="dxa" w:w="2041"/>
          </w:tcPr>
          <w:p>
            <w:pPr>
              <w:spacing w:after="0" w:line="240" w:lineRule="auto"/>
            </w:pPr>
            <w:r>
              <w:rPr>
                <w:rFonts w:ascii="Calibri" w:hAnsi="Calibri"/>
                <w:b/>
                <w:color w:val="6B7280"/>
                <w:sz w:val="19"/>
              </w:rPr>
              <w:t>Hasar / eksik açıklaması</w:t>
            </w:r>
          </w:p>
        </w:tc>
        <w:tc>
          <w:tcPr>
            <w:tcW w:type="dxa" w:w="7597"/>
          </w:tcPr>
          <w:p>
            <w:pPr>
              <w:spacing w:after="0" w:line="240" w:lineRule="auto"/>
            </w:pPr>
          </w:p>
        </w:tc>
      </w:tr>
      <w:tr>
        <w:trPr>
          <w:trHeight w:hRule="atLeast" w:val="397"/>
        </w:trPr>
        <w:tc>
          <w:tcPr>
            <w:tcW w:type="dxa" w:w="2041"/>
          </w:tcPr>
          <w:p>
            <w:pPr>
              <w:spacing w:after="0" w:line="240" w:lineRule="auto"/>
            </w:pPr>
            <w:r>
              <w:rPr>
                <w:rFonts w:ascii="Calibri" w:hAnsi="Calibri"/>
                <w:b/>
                <w:color w:val="6B7280"/>
                <w:sz w:val="19"/>
              </w:rPr>
              <w:t>Fotoğraf çekildi</w:t>
            </w:r>
          </w:p>
        </w:tc>
        <w:tc>
          <w:tcPr>
            <w:tcW w:type="dxa" w:w="7597"/>
          </w:tcPr>
          <w:p>
            <w:pPr>
              <w:spacing w:after="0" w:line="240" w:lineRule="auto"/>
            </w:pPr>
            <w:r>
              <w:rPr>
                <w:rFonts w:ascii="Calibri" w:hAnsi="Calibri"/>
                <w:b w:val="0"/>
                <w:color w:val="111111"/>
                <w:sz w:val="20"/>
              </w:rPr>
              <w:t>☐ Evet      ☐ Hayır</w:t>
            </w:r>
          </w:p>
        </w:tc>
      </w:tr>
    </w:tbl>
    <w:p>
      <w:pPr>
        <w:spacing w:after="0" w:before="0" w:line="80" w:lineRule="exact"/>
      </w:pPr>
    </w:p>
    <w:p>
      <w:pPr>
        <w:pageBreakBefore w:val="0"/>
        <w:spacing w:after="40" w:line="240" w:lineRule="auto"/>
      </w:pPr>
      <w:r>
        <w:rPr>
          <w:rFonts w:ascii="Calibri" w:hAnsi="Calibri"/>
          <w:b/>
          <w:color w:val="111111"/>
          <w:sz w:val="22"/>
        </w:rPr>
        <w:t>5. Zaman</w:t>
      </w:r>
    </w:p>
    <w:tbl>
      <w:tblPr>
        <w:tblStyle w:val="TableGrid"/>
        <w:tblW w:type="dxa" w:w="963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9CA3AF"/>
          <w:left w:val="single" w:sz="4" w:space="0" w:color="9CA3AF"/>
          <w:bottom w:val="single" w:sz="4" w:space="0" w:color="9CA3AF"/>
          <w:right w:val="single" w:sz="4" w:space="0" w:color="9CA3AF"/>
          <w:insideH w:val="single" w:sz="4" w:space="0" w:color="9CA3AF"/>
          <w:insideV w:val="single" w:sz="4" w:space="0" w:color="9CA3AF"/>
        </w:tblBorders>
      </w:tblPr>
      <w:tblGrid>
        <w:gridCol w:w="1474"/>
        <w:gridCol w:w="1701"/>
        <w:gridCol w:w="1587"/>
        <w:gridCol w:w="1587"/>
        <w:gridCol w:w="1587"/>
        <w:gridCol w:w="1701"/>
      </w:tblGrid>
      <w:tr>
        <w:trPr>
          <w:trHeight w:hRule="atLeast" w:val="454"/>
        </w:trPr>
        <w:tc>
          <w:tcPr>
            <w:tcW w:type="dxa" w:w="1474"/>
          </w:tcPr>
          <w:p>
            <w:pPr>
              <w:spacing w:after="0" w:line="240" w:lineRule="auto"/>
            </w:pPr>
            <w:r>
              <w:rPr>
                <w:rFonts w:ascii="Calibri" w:hAnsi="Calibri"/>
                <w:b/>
                <w:color w:val="6B7280"/>
                <w:sz w:val="18"/>
              </w:rPr>
              <w:t>Varış saati</w:t>
            </w:r>
          </w:p>
        </w:tc>
        <w:tc>
          <w:tcPr>
            <w:tcW w:type="dxa" w:w="1701"/>
          </w:tcPr>
          <w:p>
            <w:pPr>
              <w:spacing w:after="0" w:line="240" w:lineRule="auto"/>
            </w:pPr>
          </w:p>
        </w:tc>
        <w:tc>
          <w:tcPr>
            <w:tcW w:type="dxa" w:w="1587"/>
          </w:tcPr>
          <w:p>
            <w:pPr>
              <w:spacing w:after="0" w:line="240" w:lineRule="auto"/>
            </w:pPr>
            <w:r>
              <w:rPr>
                <w:rFonts w:ascii="Calibri" w:hAnsi="Calibri"/>
                <w:b/>
                <w:color w:val="6B7280"/>
                <w:sz w:val="18"/>
              </w:rPr>
              <w:t>Boşaltma başlangıç</w:t>
            </w:r>
          </w:p>
        </w:tc>
        <w:tc>
          <w:tcPr>
            <w:tcW w:type="dxa" w:w="1587"/>
          </w:tcPr>
          <w:p>
            <w:pPr>
              <w:spacing w:after="0" w:line="240" w:lineRule="auto"/>
            </w:pPr>
          </w:p>
        </w:tc>
        <w:tc>
          <w:tcPr>
            <w:tcW w:type="dxa" w:w="1587"/>
          </w:tcPr>
          <w:p>
            <w:pPr>
              <w:spacing w:after="0" w:line="240" w:lineRule="auto"/>
            </w:pPr>
            <w:r>
              <w:rPr>
                <w:rFonts w:ascii="Calibri" w:hAnsi="Calibri"/>
                <w:b/>
                <w:color w:val="6B7280"/>
                <w:sz w:val="18"/>
              </w:rPr>
              <w:t>Boşaltma bitiş</w:t>
            </w:r>
          </w:p>
        </w:tc>
        <w:tc>
          <w:tcPr>
            <w:tcW w:type="dxa" w:w="1701"/>
          </w:tcPr>
          <w:p>
            <w:pPr>
              <w:spacing w:after="0" w:line="240" w:lineRule="auto"/>
            </w:pPr>
          </w:p>
        </w:tc>
      </w:tr>
    </w:tbl>
    <w:p>
      <w:pPr>
        <w:pageBreakBefore w:val="0"/>
        <w:spacing w:after="80" w:line="240" w:lineRule="auto"/>
      </w:pPr>
      <w:r>
        <w:rPr>
          <w:rFonts w:ascii="Calibri" w:hAnsi="Calibri"/>
          <w:b w:val="0"/>
          <w:color w:val="6B7280"/>
          <w:sz w:val="17"/>
        </w:rPr>
        <w:t>Bekleme bu saatlerden okunur: varıştan boşaltma bitişine kadar geçen süre.</w:t>
      </w:r>
    </w:p>
    <w:p>
      <w:pPr>
        <w:pageBreakBefore w:val="0"/>
        <w:spacing w:after="40" w:line="240" w:lineRule="auto"/>
      </w:pPr>
      <w:r>
        <w:rPr>
          <w:rFonts w:ascii="Calibri" w:hAnsi="Calibri"/>
          <w:b/>
          <w:color w:val="111111"/>
          <w:sz w:val="22"/>
        </w:rPr>
        <w:t>6. İmzalar</w:t>
      </w:r>
    </w:p>
    <w:tbl>
      <w:tblPr>
        <w:tblStyle w:val="TableGrid"/>
        <w:tblW w:type="dxa" w:w="963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9CA3AF"/>
          <w:left w:val="single" w:sz="4" w:space="0" w:color="9CA3AF"/>
          <w:bottom w:val="single" w:sz="4" w:space="0" w:color="9CA3AF"/>
          <w:right w:val="single" w:sz="4" w:space="0" w:color="9CA3AF"/>
          <w:insideH w:val="single" w:sz="4" w:space="0" w:color="9CA3AF"/>
          <w:insideV w:val="single" w:sz="4" w:space="0" w:color="9CA3AF"/>
        </w:tblBorders>
      </w:tblPr>
      <w:tblGrid>
        <w:gridCol w:w="4819"/>
        <w:gridCol w:w="4819"/>
      </w:tblGrid>
      <w:tr>
        <w:trPr>
          <w:trHeight w:hRule="atLeast" w:val="397"/>
        </w:trPr>
        <w:tc>
          <w:tcPr>
            <w:tcW w:type="dxa" w:w="4819"/>
          </w:tcPr>
          <w:p>
            <w:pPr>
              <w:spacing w:after="0" w:line="240" w:lineRule="auto"/>
            </w:pPr>
            <w:r>
              <w:rPr>
                <w:rFonts w:ascii="Calibri" w:hAnsi="Calibri"/>
                <w:b/>
                <w:color w:val="111111"/>
                <w:sz w:val="20"/>
              </w:rPr>
              <w:t>Teslim eden (sürücü)</w:t>
            </w:r>
          </w:p>
        </w:tc>
        <w:tc>
          <w:tcPr>
            <w:tcW w:type="dxa" w:w="4819"/>
          </w:tcPr>
          <w:p>
            <w:pPr>
              <w:spacing w:after="0" w:line="240" w:lineRule="auto"/>
            </w:pPr>
            <w:r>
              <w:rPr>
                <w:rFonts w:ascii="Calibri" w:hAnsi="Calibri"/>
                <w:b/>
                <w:color w:val="111111"/>
                <w:sz w:val="20"/>
              </w:rPr>
              <w:t>Teslim alan (kaşe)</w:t>
            </w:r>
          </w:p>
        </w:tc>
      </w:tr>
      <w:tr>
        <w:trPr>
          <w:trHeight w:hRule="atLeast" w:val="1020"/>
        </w:trPr>
        <w:tc>
          <w:tcPr>
            <w:tcW w:type="dxa" w:w="4819"/>
          </w:tcPr>
          <w:p>
            <w:pPr>
              <w:spacing w:after="0" w:line="240" w:lineRule="auto"/>
            </w:pPr>
            <w:r>
              <w:rPr>
                <w:rFonts w:ascii="Calibri" w:hAnsi="Calibri"/>
                <w:b w:val="0"/>
                <w:color w:val="6B7280"/>
                <w:sz w:val="17"/>
              </w:rPr>
              <w:t>Ad soyad · Tarih · İmza</w:t>
            </w:r>
          </w:p>
        </w:tc>
        <w:tc>
          <w:tcPr>
            <w:tcW w:type="dxa" w:w="4819"/>
          </w:tcPr>
          <w:p>
            <w:pPr>
              <w:spacing w:after="0" w:line="240" w:lineRule="auto"/>
            </w:pPr>
            <w:r>
              <w:rPr>
                <w:rFonts w:ascii="Calibri" w:hAnsi="Calibri"/>
                <w:b w:val="0"/>
                <w:color w:val="6B7280"/>
                <w:sz w:val="17"/>
              </w:rPr>
              <w:t>Ad soyad · Görevi · İmza · Kaşe</w:t>
            </w:r>
          </w:p>
        </w:tc>
      </w:tr>
    </w:tbl>
    <w:p>
      <w:pPr>
        <w:spacing w:after="0" w:before="0" w:line="120" w:lineRule="exact"/>
      </w:pPr>
    </w:p>
    <w:p>
      <w:pPr>
        <w:pageBreakBefore w:val="0"/>
        <w:spacing w:after="0" w:line="240" w:lineRule="auto"/>
      </w:pPr>
      <w:r>
        <w:rPr>
          <w:rFonts w:ascii="Calibri" w:hAnsi="Calibri"/>
          <w:b w:val="0"/>
          <w:color w:val="6B7280"/>
          <w:sz w:val="16"/>
        </w:rPr>
        <w:t>Bu form ücretsizdir ve serbestçe çoğaltılabilir. Hazırlayan: seferiai.com · Excel teslimat kaydı: seferiai.com/tr/teslim-tutanagi-ornegi · Hukuki metin değildir.</w:t>
      </w:r>
    </w:p>
    <w:p>
      <w:pPr>
        <w:pageBreakBefore/>
        <w:spacing w:after="20" w:line="240" w:lineRule="auto"/>
      </w:pPr>
      <w:r>
        <w:rPr>
          <w:rFonts w:ascii="Calibri" w:hAnsi="Calibri"/>
          <w:b/>
          <w:color w:val="0038AB"/>
          <w:sz w:val="26"/>
        </w:rPr>
        <w:t>[FİRMA ADINIZ]</w:t>
      </w:r>
    </w:p>
    <w:p>
      <w:pPr>
        <w:pageBreakBefore w:val="0"/>
        <w:spacing w:after="80" w:line="240" w:lineRule="auto"/>
      </w:pPr>
      <w:r>
        <w:rPr>
          <w:rFonts w:ascii="Calibri" w:hAnsi="Calibri"/>
          <w:b/>
          <w:color w:val="111111"/>
          <w:sz w:val="30"/>
        </w:rPr>
        <w:t>TESLİM TESELLÜM TUTANAĞI</w:t>
      </w:r>
    </w:p>
    <w:tbl>
      <w:tblPr>
        <w:tblStyle w:val="TableGrid"/>
        <w:tblW w:type="dxa" w:w="963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9CA3AF"/>
          <w:left w:val="single" w:sz="4" w:space="0" w:color="9CA3AF"/>
          <w:bottom w:val="single" w:sz="4" w:space="0" w:color="9CA3AF"/>
          <w:right w:val="single" w:sz="4" w:space="0" w:color="9CA3AF"/>
          <w:insideH w:val="single" w:sz="4" w:space="0" w:color="9CA3AF"/>
          <w:insideV w:val="single" w:sz="4" w:space="0" w:color="9CA3AF"/>
        </w:tblBorders>
      </w:tblPr>
      <w:tblGrid>
        <w:gridCol w:w="1474"/>
        <w:gridCol w:w="3345"/>
        <w:gridCol w:w="1474"/>
        <w:gridCol w:w="3345"/>
      </w:tblGrid>
      <w:tr>
        <w:trPr>
          <w:trHeight w:hRule="atLeast" w:val="425"/>
        </w:trPr>
        <w:tc>
          <w:tcPr>
            <w:tcW w:type="dxa" w:w="1474"/>
          </w:tcPr>
          <w:p>
            <w:pPr>
              <w:spacing w:after="0" w:line="240" w:lineRule="auto"/>
            </w:pPr>
            <w:r>
              <w:rPr>
                <w:rFonts w:ascii="Calibri" w:hAnsi="Calibri"/>
                <w:b/>
                <w:color w:val="6B7280"/>
                <w:sz w:val="18"/>
              </w:rPr>
              <w:t>Tutanak no</w:t>
            </w:r>
          </w:p>
        </w:tc>
        <w:tc>
          <w:tcPr>
            <w:tcW w:type="dxa" w:w="3345"/>
          </w:tcPr>
          <w:p>
            <w:pPr>
              <w:spacing w:after="0" w:line="240" w:lineRule="auto"/>
            </w:pPr>
          </w:p>
        </w:tc>
        <w:tc>
          <w:tcPr>
            <w:tcW w:type="dxa" w:w="1474"/>
          </w:tcPr>
          <w:p>
            <w:pPr>
              <w:spacing w:after="0" w:line="240" w:lineRule="auto"/>
            </w:pPr>
            <w:r>
              <w:rPr>
                <w:rFonts w:ascii="Calibri" w:hAnsi="Calibri"/>
                <w:b/>
                <w:color w:val="6B7280"/>
                <w:sz w:val="18"/>
              </w:rPr>
              <w:t>Tarih</w:t>
            </w:r>
          </w:p>
        </w:tc>
        <w:tc>
          <w:tcPr>
            <w:tcW w:type="dxa" w:w="3345"/>
          </w:tcPr>
          <w:p>
            <w:pPr>
              <w:spacing w:after="0" w:line="240" w:lineRule="auto"/>
            </w:pPr>
          </w:p>
        </w:tc>
      </w:tr>
    </w:tbl>
    <w:p>
      <w:pPr>
        <w:spacing w:after="0" w:before="0" w:line="120" w:lineRule="exact"/>
      </w:pPr>
    </w:p>
    <w:p>
      <w:pPr>
        <w:pageBreakBefore w:val="0"/>
        <w:spacing w:after="120" w:line="240" w:lineRule="auto"/>
      </w:pPr>
      <w:r>
        <w:rPr>
          <w:rFonts w:ascii="Calibri" w:hAnsi="Calibri"/>
          <w:b w:val="0"/>
          <w:color w:val="111111"/>
          <w:sz w:val="20"/>
        </w:rPr>
        <w:t>Aşağıda yazılı malzeme, evrak ya da demirbaş, belirtilen durumda teslim edilmiş ve teslim alınmıştır.</w:t>
      </w:r>
    </w:p>
    <w:p>
      <w:pPr>
        <w:pageBreakBefore w:val="0"/>
        <w:spacing w:after="40" w:line="240" w:lineRule="auto"/>
      </w:pPr>
      <w:r>
        <w:rPr>
          <w:rFonts w:ascii="Calibri" w:hAnsi="Calibri"/>
          <w:b/>
          <w:color w:val="111111"/>
          <w:sz w:val="22"/>
        </w:rPr>
        <w:t>1. Taraflar</w:t>
      </w:r>
    </w:p>
    <w:tbl>
      <w:tblPr>
        <w:tblStyle w:val="TableGrid"/>
        <w:tblW w:type="dxa" w:w="963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9CA3AF"/>
          <w:left w:val="single" w:sz="4" w:space="0" w:color="9CA3AF"/>
          <w:bottom w:val="single" w:sz="4" w:space="0" w:color="9CA3AF"/>
          <w:right w:val="single" w:sz="4" w:space="0" w:color="9CA3AF"/>
          <w:insideH w:val="single" w:sz="4" w:space="0" w:color="9CA3AF"/>
          <w:insideV w:val="single" w:sz="4" w:space="0" w:color="9CA3AF"/>
        </w:tblBorders>
      </w:tblPr>
      <w:tblGrid>
        <w:gridCol w:w="3515"/>
        <w:gridCol w:w="6123"/>
      </w:tblGrid>
      <w:tr>
        <w:trPr>
          <w:trHeight w:hRule="atLeast" w:val="397"/>
        </w:trPr>
        <w:tc>
          <w:tcPr>
            <w:tcW w:type="dxa" w:w="3515"/>
          </w:tcPr>
          <w:p>
            <w:pPr>
              <w:spacing w:after="0" w:line="240" w:lineRule="auto"/>
            </w:pPr>
            <w:r>
              <w:rPr>
                <w:rFonts w:ascii="Calibri" w:hAnsi="Calibri"/>
                <w:b/>
                <w:color w:val="6B7280"/>
                <w:sz w:val="19"/>
              </w:rPr>
              <w:t>Teslim eden (ad soyad, görevi / birimi)</w:t>
            </w:r>
          </w:p>
        </w:tc>
        <w:tc>
          <w:tcPr>
            <w:tcW w:type="dxa" w:w="6123"/>
          </w:tcPr>
          <w:p>
            <w:pPr>
              <w:spacing w:after="0" w:line="240" w:lineRule="auto"/>
            </w:pPr>
          </w:p>
        </w:tc>
      </w:tr>
      <w:tr>
        <w:trPr>
          <w:trHeight w:hRule="atLeast" w:val="397"/>
        </w:trPr>
        <w:tc>
          <w:tcPr>
            <w:tcW w:type="dxa" w:w="3515"/>
          </w:tcPr>
          <w:p>
            <w:pPr>
              <w:spacing w:after="0" w:line="240" w:lineRule="auto"/>
            </w:pPr>
            <w:r>
              <w:rPr>
                <w:rFonts w:ascii="Calibri" w:hAnsi="Calibri"/>
                <w:b/>
                <w:color w:val="6B7280"/>
                <w:sz w:val="19"/>
              </w:rPr>
              <w:t>Teslim alan (ad soyad, görevi / birimi)</w:t>
            </w:r>
          </w:p>
        </w:tc>
        <w:tc>
          <w:tcPr>
            <w:tcW w:type="dxa" w:w="6123"/>
          </w:tcPr>
          <w:p>
            <w:pPr>
              <w:spacing w:after="0" w:line="240" w:lineRule="auto"/>
            </w:pPr>
          </w:p>
        </w:tc>
      </w:tr>
      <w:tr>
        <w:trPr>
          <w:trHeight w:hRule="atLeast" w:val="397"/>
        </w:trPr>
        <w:tc>
          <w:tcPr>
            <w:tcW w:type="dxa" w:w="3515"/>
          </w:tcPr>
          <w:p>
            <w:pPr>
              <w:spacing w:after="0" w:line="240" w:lineRule="auto"/>
            </w:pPr>
            <w:r>
              <w:rPr>
                <w:rFonts w:ascii="Calibri" w:hAnsi="Calibri"/>
                <w:b/>
                <w:color w:val="6B7280"/>
                <w:sz w:val="19"/>
              </w:rPr>
              <w:t>Teslim yeri</w:t>
            </w:r>
          </w:p>
        </w:tc>
        <w:tc>
          <w:tcPr>
            <w:tcW w:type="dxa" w:w="6123"/>
          </w:tcPr>
          <w:p>
            <w:pPr>
              <w:spacing w:after="0" w:line="240" w:lineRule="auto"/>
            </w:pPr>
          </w:p>
        </w:tc>
      </w:tr>
    </w:tbl>
    <w:p>
      <w:pPr>
        <w:spacing w:after="0" w:before="0" w:line="80" w:lineRule="exact"/>
      </w:pPr>
    </w:p>
    <w:p>
      <w:pPr>
        <w:pageBreakBefore w:val="0"/>
        <w:spacing w:after="40" w:line="240" w:lineRule="auto"/>
      </w:pPr>
      <w:r>
        <w:rPr>
          <w:rFonts w:ascii="Calibri" w:hAnsi="Calibri"/>
          <w:b/>
          <w:color w:val="111111"/>
          <w:sz w:val="22"/>
        </w:rPr>
        <w:t>2. Teslim edilenler</w:t>
      </w:r>
    </w:p>
    <w:tbl>
      <w:tblPr>
        <w:tblStyle w:val="TableGrid"/>
        <w:tblW w:type="dxa" w:w="963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9CA3AF"/>
          <w:left w:val="single" w:sz="4" w:space="0" w:color="9CA3AF"/>
          <w:bottom w:val="single" w:sz="4" w:space="0" w:color="9CA3AF"/>
          <w:right w:val="single" w:sz="4" w:space="0" w:color="9CA3AF"/>
          <w:insideH w:val="single" w:sz="4" w:space="0" w:color="9CA3AF"/>
          <w:insideV w:val="single" w:sz="4" w:space="0" w:color="9CA3AF"/>
        </w:tblBorders>
      </w:tblPr>
      <w:tblGrid>
        <w:gridCol w:w="567"/>
        <w:gridCol w:w="3061"/>
        <w:gridCol w:w="907"/>
        <w:gridCol w:w="1814"/>
        <w:gridCol w:w="1361"/>
        <w:gridCol w:w="1928"/>
      </w:tblGrid>
      <w:tr>
        <w:trPr>
          <w:trHeight w:hRule="atLeast" w:val="454"/>
        </w:trPr>
        <w:tc>
          <w:tcPr>
            <w:tcW w:type="dxa" w:w="567"/>
          </w:tcPr>
          <w:p>
            <w:pPr>
              <w:spacing w:after="0" w:line="240" w:lineRule="auto"/>
            </w:pPr>
            <w:r>
              <w:rPr>
                <w:rFonts w:ascii="Calibri" w:hAnsi="Calibri"/>
                <w:b/>
                <w:color w:val="6B7280"/>
                <w:sz w:val="17"/>
              </w:rPr>
              <w:t>Sıra</w:t>
            </w:r>
          </w:p>
        </w:tc>
        <w:tc>
          <w:tcPr>
            <w:tcW w:type="dxa" w:w="3061"/>
          </w:tcPr>
          <w:p>
            <w:pPr>
              <w:spacing w:after="0" w:line="240" w:lineRule="auto"/>
            </w:pPr>
            <w:r>
              <w:rPr>
                <w:rFonts w:ascii="Calibri" w:hAnsi="Calibri"/>
                <w:b/>
                <w:color w:val="6B7280"/>
                <w:sz w:val="17"/>
              </w:rPr>
              <w:t>Cinsi / açıklama</w:t>
            </w:r>
          </w:p>
        </w:tc>
        <w:tc>
          <w:tcPr>
            <w:tcW w:type="dxa" w:w="907"/>
          </w:tcPr>
          <w:p>
            <w:pPr>
              <w:spacing w:after="0" w:line="240" w:lineRule="auto"/>
            </w:pPr>
            <w:r>
              <w:rPr>
                <w:rFonts w:ascii="Calibri" w:hAnsi="Calibri"/>
                <w:b/>
                <w:color w:val="6B7280"/>
                <w:sz w:val="17"/>
              </w:rPr>
              <w:t>Adet</w:t>
            </w:r>
          </w:p>
        </w:tc>
        <w:tc>
          <w:tcPr>
            <w:tcW w:type="dxa" w:w="1814"/>
          </w:tcPr>
          <w:p>
            <w:pPr>
              <w:spacing w:after="0" w:line="240" w:lineRule="auto"/>
            </w:pPr>
            <w:r>
              <w:rPr>
                <w:rFonts w:ascii="Calibri" w:hAnsi="Calibri"/>
                <w:b/>
                <w:color w:val="6B7280"/>
                <w:sz w:val="17"/>
              </w:rPr>
              <w:t>Seri / demirbaş no</w:t>
            </w:r>
          </w:p>
        </w:tc>
        <w:tc>
          <w:tcPr>
            <w:tcW w:type="dxa" w:w="1361"/>
          </w:tcPr>
          <w:p>
            <w:pPr>
              <w:spacing w:after="0" w:line="240" w:lineRule="auto"/>
            </w:pPr>
            <w:r>
              <w:rPr>
                <w:rFonts w:ascii="Calibri" w:hAnsi="Calibri"/>
                <w:b/>
                <w:color w:val="6B7280"/>
                <w:sz w:val="17"/>
              </w:rPr>
              <w:t>Durumu</w:t>
            </w:r>
          </w:p>
        </w:tc>
        <w:tc>
          <w:tcPr>
            <w:tcW w:type="dxa" w:w="1928"/>
          </w:tcPr>
          <w:p>
            <w:pPr>
              <w:spacing w:after="0" w:line="240" w:lineRule="auto"/>
            </w:pPr>
            <w:r>
              <w:rPr>
                <w:rFonts w:ascii="Calibri" w:hAnsi="Calibri"/>
                <w:b/>
                <w:color w:val="6B7280"/>
                <w:sz w:val="17"/>
              </w:rPr>
              <w:t>Not</w:t>
            </w:r>
          </w:p>
        </w:tc>
      </w:tr>
      <w:tr>
        <w:trPr>
          <w:trHeight w:hRule="atLeast" w:val="369"/>
        </w:trPr>
        <w:tc>
          <w:tcPr>
            <w:tcW w:type="dxa" w:w="567"/>
          </w:tcPr>
          <w:p>
            <w:pPr>
              <w:spacing w:after="0" w:line="240" w:lineRule="auto"/>
            </w:pPr>
            <w:r>
              <w:rPr>
                <w:rFonts w:ascii="Calibri" w:hAnsi="Calibri"/>
                <w:b w:val="0"/>
                <w:color w:val="6B7280"/>
                <w:sz w:val="18"/>
              </w:rPr>
              <w:t>1</w:t>
            </w:r>
          </w:p>
        </w:tc>
        <w:tc>
          <w:tcPr>
            <w:tcW w:type="dxa" w:w="3061"/>
          </w:tcPr>
          <w:p>
            <w:pPr>
              <w:spacing w:after="0" w:line="240" w:lineRule="auto"/>
            </w:pPr>
          </w:p>
        </w:tc>
        <w:tc>
          <w:tcPr>
            <w:tcW w:type="dxa" w:w="907"/>
          </w:tcPr>
          <w:p>
            <w:pPr>
              <w:spacing w:after="0" w:line="240" w:lineRule="auto"/>
            </w:pPr>
          </w:p>
        </w:tc>
        <w:tc>
          <w:tcPr>
            <w:tcW w:type="dxa" w:w="1814"/>
          </w:tcPr>
          <w:p>
            <w:pPr>
              <w:spacing w:after="0" w:line="240" w:lineRule="auto"/>
            </w:pPr>
          </w:p>
        </w:tc>
        <w:tc>
          <w:tcPr>
            <w:tcW w:type="dxa" w:w="1361"/>
          </w:tcPr>
          <w:p>
            <w:pPr>
              <w:spacing w:after="0" w:line="240" w:lineRule="auto"/>
            </w:pPr>
          </w:p>
        </w:tc>
        <w:tc>
          <w:tcPr>
            <w:tcW w:type="dxa" w:w="1928"/>
          </w:tcPr>
          <w:p>
            <w:pPr>
              <w:spacing w:after="0" w:line="240" w:lineRule="auto"/>
            </w:pPr>
          </w:p>
        </w:tc>
      </w:tr>
      <w:tr>
        <w:trPr>
          <w:trHeight w:hRule="atLeast" w:val="369"/>
        </w:trPr>
        <w:tc>
          <w:tcPr>
            <w:tcW w:type="dxa" w:w="567"/>
          </w:tcPr>
          <w:p>
            <w:pPr>
              <w:spacing w:after="0" w:line="240" w:lineRule="auto"/>
            </w:pPr>
            <w:r>
              <w:rPr>
                <w:rFonts w:ascii="Calibri" w:hAnsi="Calibri"/>
                <w:b w:val="0"/>
                <w:color w:val="6B7280"/>
                <w:sz w:val="18"/>
              </w:rPr>
              <w:t>2</w:t>
            </w:r>
          </w:p>
        </w:tc>
        <w:tc>
          <w:tcPr>
            <w:tcW w:type="dxa" w:w="3061"/>
          </w:tcPr>
          <w:p>
            <w:pPr>
              <w:spacing w:after="0" w:line="240" w:lineRule="auto"/>
            </w:pPr>
          </w:p>
        </w:tc>
        <w:tc>
          <w:tcPr>
            <w:tcW w:type="dxa" w:w="907"/>
          </w:tcPr>
          <w:p>
            <w:pPr>
              <w:spacing w:after="0" w:line="240" w:lineRule="auto"/>
            </w:pPr>
          </w:p>
        </w:tc>
        <w:tc>
          <w:tcPr>
            <w:tcW w:type="dxa" w:w="1814"/>
          </w:tcPr>
          <w:p>
            <w:pPr>
              <w:spacing w:after="0" w:line="240" w:lineRule="auto"/>
            </w:pPr>
          </w:p>
        </w:tc>
        <w:tc>
          <w:tcPr>
            <w:tcW w:type="dxa" w:w="1361"/>
          </w:tcPr>
          <w:p>
            <w:pPr>
              <w:spacing w:after="0" w:line="240" w:lineRule="auto"/>
            </w:pPr>
          </w:p>
        </w:tc>
        <w:tc>
          <w:tcPr>
            <w:tcW w:type="dxa" w:w="1928"/>
          </w:tcPr>
          <w:p>
            <w:pPr>
              <w:spacing w:after="0" w:line="240" w:lineRule="auto"/>
            </w:pPr>
          </w:p>
        </w:tc>
      </w:tr>
      <w:tr>
        <w:trPr>
          <w:trHeight w:hRule="atLeast" w:val="369"/>
        </w:trPr>
        <w:tc>
          <w:tcPr>
            <w:tcW w:type="dxa" w:w="567"/>
          </w:tcPr>
          <w:p>
            <w:pPr>
              <w:spacing w:after="0" w:line="240" w:lineRule="auto"/>
            </w:pPr>
            <w:r>
              <w:rPr>
                <w:rFonts w:ascii="Calibri" w:hAnsi="Calibri"/>
                <w:b w:val="0"/>
                <w:color w:val="6B7280"/>
                <w:sz w:val="18"/>
              </w:rPr>
              <w:t>3</w:t>
            </w:r>
          </w:p>
        </w:tc>
        <w:tc>
          <w:tcPr>
            <w:tcW w:type="dxa" w:w="3061"/>
          </w:tcPr>
          <w:p>
            <w:pPr>
              <w:spacing w:after="0" w:line="240" w:lineRule="auto"/>
            </w:pPr>
          </w:p>
        </w:tc>
        <w:tc>
          <w:tcPr>
            <w:tcW w:type="dxa" w:w="907"/>
          </w:tcPr>
          <w:p>
            <w:pPr>
              <w:spacing w:after="0" w:line="240" w:lineRule="auto"/>
            </w:pPr>
          </w:p>
        </w:tc>
        <w:tc>
          <w:tcPr>
            <w:tcW w:type="dxa" w:w="1814"/>
          </w:tcPr>
          <w:p>
            <w:pPr>
              <w:spacing w:after="0" w:line="240" w:lineRule="auto"/>
            </w:pPr>
          </w:p>
        </w:tc>
        <w:tc>
          <w:tcPr>
            <w:tcW w:type="dxa" w:w="1361"/>
          </w:tcPr>
          <w:p>
            <w:pPr>
              <w:spacing w:after="0" w:line="240" w:lineRule="auto"/>
            </w:pPr>
          </w:p>
        </w:tc>
        <w:tc>
          <w:tcPr>
            <w:tcW w:type="dxa" w:w="1928"/>
          </w:tcPr>
          <w:p>
            <w:pPr>
              <w:spacing w:after="0" w:line="240" w:lineRule="auto"/>
            </w:pPr>
          </w:p>
        </w:tc>
      </w:tr>
      <w:tr>
        <w:trPr>
          <w:trHeight w:hRule="atLeast" w:val="369"/>
        </w:trPr>
        <w:tc>
          <w:tcPr>
            <w:tcW w:type="dxa" w:w="567"/>
          </w:tcPr>
          <w:p>
            <w:pPr>
              <w:spacing w:after="0" w:line="240" w:lineRule="auto"/>
            </w:pPr>
            <w:r>
              <w:rPr>
                <w:rFonts w:ascii="Calibri" w:hAnsi="Calibri"/>
                <w:b w:val="0"/>
                <w:color w:val="6B7280"/>
                <w:sz w:val="18"/>
              </w:rPr>
              <w:t>4</w:t>
            </w:r>
          </w:p>
        </w:tc>
        <w:tc>
          <w:tcPr>
            <w:tcW w:type="dxa" w:w="3061"/>
          </w:tcPr>
          <w:p>
            <w:pPr>
              <w:spacing w:after="0" w:line="240" w:lineRule="auto"/>
            </w:pPr>
          </w:p>
        </w:tc>
        <w:tc>
          <w:tcPr>
            <w:tcW w:type="dxa" w:w="907"/>
          </w:tcPr>
          <w:p>
            <w:pPr>
              <w:spacing w:after="0" w:line="240" w:lineRule="auto"/>
            </w:pPr>
          </w:p>
        </w:tc>
        <w:tc>
          <w:tcPr>
            <w:tcW w:type="dxa" w:w="1814"/>
          </w:tcPr>
          <w:p>
            <w:pPr>
              <w:spacing w:after="0" w:line="240" w:lineRule="auto"/>
            </w:pPr>
          </w:p>
        </w:tc>
        <w:tc>
          <w:tcPr>
            <w:tcW w:type="dxa" w:w="1361"/>
          </w:tcPr>
          <w:p>
            <w:pPr>
              <w:spacing w:after="0" w:line="240" w:lineRule="auto"/>
            </w:pPr>
          </w:p>
        </w:tc>
        <w:tc>
          <w:tcPr>
            <w:tcW w:type="dxa" w:w="1928"/>
          </w:tcPr>
          <w:p>
            <w:pPr>
              <w:spacing w:after="0" w:line="240" w:lineRule="auto"/>
            </w:pPr>
          </w:p>
        </w:tc>
      </w:tr>
      <w:tr>
        <w:trPr>
          <w:trHeight w:hRule="atLeast" w:val="369"/>
        </w:trPr>
        <w:tc>
          <w:tcPr>
            <w:tcW w:type="dxa" w:w="567"/>
          </w:tcPr>
          <w:p>
            <w:pPr>
              <w:spacing w:after="0" w:line="240" w:lineRule="auto"/>
            </w:pPr>
            <w:r>
              <w:rPr>
                <w:rFonts w:ascii="Calibri" w:hAnsi="Calibri"/>
                <w:b w:val="0"/>
                <w:color w:val="6B7280"/>
                <w:sz w:val="18"/>
              </w:rPr>
              <w:t>5</w:t>
            </w:r>
          </w:p>
        </w:tc>
        <w:tc>
          <w:tcPr>
            <w:tcW w:type="dxa" w:w="3061"/>
          </w:tcPr>
          <w:p>
            <w:pPr>
              <w:spacing w:after="0" w:line="240" w:lineRule="auto"/>
            </w:pPr>
          </w:p>
        </w:tc>
        <w:tc>
          <w:tcPr>
            <w:tcW w:type="dxa" w:w="907"/>
          </w:tcPr>
          <w:p>
            <w:pPr>
              <w:spacing w:after="0" w:line="240" w:lineRule="auto"/>
            </w:pPr>
          </w:p>
        </w:tc>
        <w:tc>
          <w:tcPr>
            <w:tcW w:type="dxa" w:w="1814"/>
          </w:tcPr>
          <w:p>
            <w:pPr>
              <w:spacing w:after="0" w:line="240" w:lineRule="auto"/>
            </w:pPr>
          </w:p>
        </w:tc>
        <w:tc>
          <w:tcPr>
            <w:tcW w:type="dxa" w:w="1361"/>
          </w:tcPr>
          <w:p>
            <w:pPr>
              <w:spacing w:after="0" w:line="240" w:lineRule="auto"/>
            </w:pPr>
          </w:p>
        </w:tc>
        <w:tc>
          <w:tcPr>
            <w:tcW w:type="dxa" w:w="1928"/>
          </w:tcPr>
          <w:p>
            <w:pPr>
              <w:spacing w:after="0" w:line="240" w:lineRule="auto"/>
            </w:pPr>
          </w:p>
        </w:tc>
      </w:tr>
      <w:tr>
        <w:trPr>
          <w:trHeight w:hRule="atLeast" w:val="369"/>
        </w:trPr>
        <w:tc>
          <w:tcPr>
            <w:tcW w:type="dxa" w:w="567"/>
          </w:tcPr>
          <w:p>
            <w:pPr>
              <w:spacing w:after="0" w:line="240" w:lineRule="auto"/>
            </w:pPr>
            <w:r>
              <w:rPr>
                <w:rFonts w:ascii="Calibri" w:hAnsi="Calibri"/>
                <w:b w:val="0"/>
                <w:color w:val="6B7280"/>
                <w:sz w:val="18"/>
              </w:rPr>
              <w:t>6</w:t>
            </w:r>
          </w:p>
        </w:tc>
        <w:tc>
          <w:tcPr>
            <w:tcW w:type="dxa" w:w="3061"/>
          </w:tcPr>
          <w:p>
            <w:pPr>
              <w:spacing w:after="0" w:line="240" w:lineRule="auto"/>
            </w:pPr>
          </w:p>
        </w:tc>
        <w:tc>
          <w:tcPr>
            <w:tcW w:type="dxa" w:w="907"/>
          </w:tcPr>
          <w:p>
            <w:pPr>
              <w:spacing w:after="0" w:line="240" w:lineRule="auto"/>
            </w:pPr>
          </w:p>
        </w:tc>
        <w:tc>
          <w:tcPr>
            <w:tcW w:type="dxa" w:w="1814"/>
          </w:tcPr>
          <w:p>
            <w:pPr>
              <w:spacing w:after="0" w:line="240" w:lineRule="auto"/>
            </w:pPr>
          </w:p>
        </w:tc>
        <w:tc>
          <w:tcPr>
            <w:tcW w:type="dxa" w:w="1361"/>
          </w:tcPr>
          <w:p>
            <w:pPr>
              <w:spacing w:after="0" w:line="240" w:lineRule="auto"/>
            </w:pPr>
          </w:p>
        </w:tc>
        <w:tc>
          <w:tcPr>
            <w:tcW w:type="dxa" w:w="1928"/>
          </w:tcPr>
          <w:p>
            <w:pPr>
              <w:spacing w:after="0" w:line="240" w:lineRule="auto"/>
            </w:pPr>
          </w:p>
        </w:tc>
      </w:tr>
      <w:tr>
        <w:trPr>
          <w:trHeight w:hRule="atLeast" w:val="369"/>
        </w:trPr>
        <w:tc>
          <w:tcPr>
            <w:tcW w:type="dxa" w:w="567"/>
          </w:tcPr>
          <w:p>
            <w:pPr>
              <w:spacing w:after="0" w:line="240" w:lineRule="auto"/>
            </w:pPr>
            <w:r>
              <w:rPr>
                <w:rFonts w:ascii="Calibri" w:hAnsi="Calibri"/>
                <w:b w:val="0"/>
                <w:color w:val="6B7280"/>
                <w:sz w:val="18"/>
              </w:rPr>
              <w:t>7</w:t>
            </w:r>
          </w:p>
        </w:tc>
        <w:tc>
          <w:tcPr>
            <w:tcW w:type="dxa" w:w="3061"/>
          </w:tcPr>
          <w:p>
            <w:pPr>
              <w:spacing w:after="0" w:line="240" w:lineRule="auto"/>
            </w:pPr>
          </w:p>
        </w:tc>
        <w:tc>
          <w:tcPr>
            <w:tcW w:type="dxa" w:w="907"/>
          </w:tcPr>
          <w:p>
            <w:pPr>
              <w:spacing w:after="0" w:line="240" w:lineRule="auto"/>
            </w:pPr>
          </w:p>
        </w:tc>
        <w:tc>
          <w:tcPr>
            <w:tcW w:type="dxa" w:w="1814"/>
          </w:tcPr>
          <w:p>
            <w:pPr>
              <w:spacing w:after="0" w:line="240" w:lineRule="auto"/>
            </w:pPr>
          </w:p>
        </w:tc>
        <w:tc>
          <w:tcPr>
            <w:tcW w:type="dxa" w:w="1361"/>
          </w:tcPr>
          <w:p>
            <w:pPr>
              <w:spacing w:after="0" w:line="240" w:lineRule="auto"/>
            </w:pPr>
          </w:p>
        </w:tc>
        <w:tc>
          <w:tcPr>
            <w:tcW w:type="dxa" w:w="1928"/>
          </w:tcPr>
          <w:p>
            <w:pPr>
              <w:spacing w:after="0" w:line="240" w:lineRule="auto"/>
            </w:pPr>
          </w:p>
        </w:tc>
      </w:tr>
      <w:tr>
        <w:trPr>
          <w:trHeight w:hRule="atLeast" w:val="369"/>
        </w:trPr>
        <w:tc>
          <w:tcPr>
            <w:tcW w:type="dxa" w:w="567"/>
          </w:tcPr>
          <w:p>
            <w:pPr>
              <w:spacing w:after="0" w:line="240" w:lineRule="auto"/>
            </w:pPr>
            <w:r>
              <w:rPr>
                <w:rFonts w:ascii="Calibri" w:hAnsi="Calibri"/>
                <w:b w:val="0"/>
                <w:color w:val="6B7280"/>
                <w:sz w:val="18"/>
              </w:rPr>
              <w:t>8</w:t>
            </w:r>
          </w:p>
        </w:tc>
        <w:tc>
          <w:tcPr>
            <w:tcW w:type="dxa" w:w="3061"/>
          </w:tcPr>
          <w:p>
            <w:pPr>
              <w:spacing w:after="0" w:line="240" w:lineRule="auto"/>
            </w:pPr>
          </w:p>
        </w:tc>
        <w:tc>
          <w:tcPr>
            <w:tcW w:type="dxa" w:w="907"/>
          </w:tcPr>
          <w:p>
            <w:pPr>
              <w:spacing w:after="0" w:line="240" w:lineRule="auto"/>
            </w:pPr>
          </w:p>
        </w:tc>
        <w:tc>
          <w:tcPr>
            <w:tcW w:type="dxa" w:w="1814"/>
          </w:tcPr>
          <w:p>
            <w:pPr>
              <w:spacing w:after="0" w:line="240" w:lineRule="auto"/>
            </w:pPr>
          </w:p>
        </w:tc>
        <w:tc>
          <w:tcPr>
            <w:tcW w:type="dxa" w:w="1361"/>
          </w:tcPr>
          <w:p>
            <w:pPr>
              <w:spacing w:after="0" w:line="240" w:lineRule="auto"/>
            </w:pPr>
          </w:p>
        </w:tc>
        <w:tc>
          <w:tcPr>
            <w:tcW w:type="dxa" w:w="1928"/>
          </w:tcPr>
          <w:p>
            <w:pPr>
              <w:spacing w:after="0" w:line="240" w:lineRule="auto"/>
            </w:pPr>
          </w:p>
        </w:tc>
      </w:tr>
      <w:tr>
        <w:trPr>
          <w:trHeight w:hRule="atLeast" w:val="369"/>
        </w:trPr>
        <w:tc>
          <w:tcPr>
            <w:tcW w:type="dxa" w:w="567"/>
          </w:tcPr>
          <w:p>
            <w:pPr>
              <w:spacing w:after="0" w:line="240" w:lineRule="auto"/>
            </w:pPr>
            <w:r>
              <w:rPr>
                <w:rFonts w:ascii="Calibri" w:hAnsi="Calibri"/>
                <w:b w:val="0"/>
                <w:color w:val="6B7280"/>
                <w:sz w:val="18"/>
              </w:rPr>
              <w:t>9</w:t>
            </w:r>
          </w:p>
        </w:tc>
        <w:tc>
          <w:tcPr>
            <w:tcW w:type="dxa" w:w="3061"/>
          </w:tcPr>
          <w:p>
            <w:pPr>
              <w:spacing w:after="0" w:line="240" w:lineRule="auto"/>
            </w:pPr>
          </w:p>
        </w:tc>
        <w:tc>
          <w:tcPr>
            <w:tcW w:type="dxa" w:w="907"/>
          </w:tcPr>
          <w:p>
            <w:pPr>
              <w:spacing w:after="0" w:line="240" w:lineRule="auto"/>
            </w:pPr>
          </w:p>
        </w:tc>
        <w:tc>
          <w:tcPr>
            <w:tcW w:type="dxa" w:w="1814"/>
          </w:tcPr>
          <w:p>
            <w:pPr>
              <w:spacing w:after="0" w:line="240" w:lineRule="auto"/>
            </w:pPr>
          </w:p>
        </w:tc>
        <w:tc>
          <w:tcPr>
            <w:tcW w:type="dxa" w:w="1361"/>
          </w:tcPr>
          <w:p>
            <w:pPr>
              <w:spacing w:after="0" w:line="240" w:lineRule="auto"/>
            </w:pPr>
          </w:p>
        </w:tc>
        <w:tc>
          <w:tcPr>
            <w:tcW w:type="dxa" w:w="1928"/>
          </w:tcPr>
          <w:p>
            <w:pPr>
              <w:spacing w:after="0" w:line="240" w:lineRule="auto"/>
            </w:pPr>
          </w:p>
        </w:tc>
      </w:tr>
      <w:tr>
        <w:trPr>
          <w:trHeight w:hRule="atLeast" w:val="369"/>
        </w:trPr>
        <w:tc>
          <w:tcPr>
            <w:tcW w:type="dxa" w:w="567"/>
          </w:tcPr>
          <w:p>
            <w:pPr>
              <w:spacing w:after="0" w:line="240" w:lineRule="auto"/>
            </w:pPr>
            <w:r>
              <w:rPr>
                <w:rFonts w:ascii="Calibri" w:hAnsi="Calibri"/>
                <w:b w:val="0"/>
                <w:color w:val="6B7280"/>
                <w:sz w:val="18"/>
              </w:rPr>
              <w:t>10</w:t>
            </w:r>
          </w:p>
        </w:tc>
        <w:tc>
          <w:tcPr>
            <w:tcW w:type="dxa" w:w="3061"/>
          </w:tcPr>
          <w:p>
            <w:pPr>
              <w:spacing w:after="0" w:line="240" w:lineRule="auto"/>
            </w:pPr>
          </w:p>
        </w:tc>
        <w:tc>
          <w:tcPr>
            <w:tcW w:type="dxa" w:w="907"/>
          </w:tcPr>
          <w:p>
            <w:pPr>
              <w:spacing w:after="0" w:line="240" w:lineRule="auto"/>
            </w:pPr>
          </w:p>
        </w:tc>
        <w:tc>
          <w:tcPr>
            <w:tcW w:type="dxa" w:w="1814"/>
          </w:tcPr>
          <w:p>
            <w:pPr>
              <w:spacing w:after="0" w:line="240" w:lineRule="auto"/>
            </w:pPr>
          </w:p>
        </w:tc>
        <w:tc>
          <w:tcPr>
            <w:tcW w:type="dxa" w:w="1361"/>
          </w:tcPr>
          <w:p>
            <w:pPr>
              <w:spacing w:after="0" w:line="240" w:lineRule="auto"/>
            </w:pPr>
          </w:p>
        </w:tc>
        <w:tc>
          <w:tcPr>
            <w:tcW w:type="dxa" w:w="1928"/>
          </w:tcPr>
          <w:p>
            <w:pPr>
              <w:spacing w:after="0" w:line="240" w:lineRule="auto"/>
            </w:pPr>
          </w:p>
        </w:tc>
      </w:tr>
      <w:tr>
        <w:trPr>
          <w:trHeight w:hRule="atLeast" w:val="369"/>
        </w:trPr>
        <w:tc>
          <w:tcPr>
            <w:tcW w:type="dxa" w:w="567"/>
          </w:tcPr>
          <w:p>
            <w:pPr>
              <w:spacing w:after="0" w:line="240" w:lineRule="auto"/>
            </w:pPr>
            <w:r>
              <w:rPr>
                <w:rFonts w:ascii="Calibri" w:hAnsi="Calibri"/>
                <w:b w:val="0"/>
                <w:color w:val="6B7280"/>
                <w:sz w:val="18"/>
              </w:rPr>
              <w:t>11</w:t>
            </w:r>
          </w:p>
        </w:tc>
        <w:tc>
          <w:tcPr>
            <w:tcW w:type="dxa" w:w="3061"/>
          </w:tcPr>
          <w:p>
            <w:pPr>
              <w:spacing w:after="0" w:line="240" w:lineRule="auto"/>
            </w:pPr>
          </w:p>
        </w:tc>
        <w:tc>
          <w:tcPr>
            <w:tcW w:type="dxa" w:w="907"/>
          </w:tcPr>
          <w:p>
            <w:pPr>
              <w:spacing w:after="0" w:line="240" w:lineRule="auto"/>
            </w:pPr>
          </w:p>
        </w:tc>
        <w:tc>
          <w:tcPr>
            <w:tcW w:type="dxa" w:w="1814"/>
          </w:tcPr>
          <w:p>
            <w:pPr>
              <w:spacing w:after="0" w:line="240" w:lineRule="auto"/>
            </w:pPr>
          </w:p>
        </w:tc>
        <w:tc>
          <w:tcPr>
            <w:tcW w:type="dxa" w:w="1361"/>
          </w:tcPr>
          <w:p>
            <w:pPr>
              <w:spacing w:after="0" w:line="240" w:lineRule="auto"/>
            </w:pPr>
          </w:p>
        </w:tc>
        <w:tc>
          <w:tcPr>
            <w:tcW w:type="dxa" w:w="1928"/>
          </w:tcPr>
          <w:p>
            <w:pPr>
              <w:spacing w:after="0" w:line="240" w:lineRule="auto"/>
            </w:pPr>
          </w:p>
        </w:tc>
      </w:tr>
      <w:tr>
        <w:trPr>
          <w:trHeight w:hRule="atLeast" w:val="369"/>
        </w:trPr>
        <w:tc>
          <w:tcPr>
            <w:tcW w:type="dxa" w:w="567"/>
          </w:tcPr>
          <w:p>
            <w:pPr>
              <w:spacing w:after="0" w:line="240" w:lineRule="auto"/>
            </w:pPr>
            <w:r>
              <w:rPr>
                <w:rFonts w:ascii="Calibri" w:hAnsi="Calibri"/>
                <w:b w:val="0"/>
                <w:color w:val="6B7280"/>
                <w:sz w:val="18"/>
              </w:rPr>
              <w:t>12</w:t>
            </w:r>
          </w:p>
        </w:tc>
        <w:tc>
          <w:tcPr>
            <w:tcW w:type="dxa" w:w="3061"/>
          </w:tcPr>
          <w:p>
            <w:pPr>
              <w:spacing w:after="0" w:line="240" w:lineRule="auto"/>
            </w:pPr>
          </w:p>
        </w:tc>
        <w:tc>
          <w:tcPr>
            <w:tcW w:type="dxa" w:w="907"/>
          </w:tcPr>
          <w:p>
            <w:pPr>
              <w:spacing w:after="0" w:line="240" w:lineRule="auto"/>
            </w:pPr>
          </w:p>
        </w:tc>
        <w:tc>
          <w:tcPr>
            <w:tcW w:type="dxa" w:w="1814"/>
          </w:tcPr>
          <w:p>
            <w:pPr>
              <w:spacing w:after="0" w:line="240" w:lineRule="auto"/>
            </w:pPr>
          </w:p>
        </w:tc>
        <w:tc>
          <w:tcPr>
            <w:tcW w:type="dxa" w:w="1361"/>
          </w:tcPr>
          <w:p>
            <w:pPr>
              <w:spacing w:after="0" w:line="240" w:lineRule="auto"/>
            </w:pPr>
          </w:p>
        </w:tc>
        <w:tc>
          <w:tcPr>
            <w:tcW w:type="dxa" w:w="1928"/>
          </w:tcPr>
          <w:p>
            <w:pPr>
              <w:spacing w:after="0" w:line="240" w:lineRule="auto"/>
            </w:pPr>
          </w:p>
        </w:tc>
      </w:tr>
      <w:tr>
        <w:trPr>
          <w:trHeight w:hRule="atLeast" w:val="369"/>
        </w:trPr>
        <w:tc>
          <w:tcPr>
            <w:tcW w:type="dxa" w:w="567"/>
          </w:tcPr>
          <w:p>
            <w:pPr>
              <w:spacing w:after="0" w:line="240" w:lineRule="auto"/>
            </w:pPr>
            <w:r>
              <w:rPr>
                <w:rFonts w:ascii="Calibri" w:hAnsi="Calibri"/>
                <w:b w:val="0"/>
                <w:color w:val="6B7280"/>
                <w:sz w:val="18"/>
              </w:rPr>
              <w:t>13</w:t>
            </w:r>
          </w:p>
        </w:tc>
        <w:tc>
          <w:tcPr>
            <w:tcW w:type="dxa" w:w="3061"/>
          </w:tcPr>
          <w:p>
            <w:pPr>
              <w:spacing w:after="0" w:line="240" w:lineRule="auto"/>
            </w:pPr>
          </w:p>
        </w:tc>
        <w:tc>
          <w:tcPr>
            <w:tcW w:type="dxa" w:w="907"/>
          </w:tcPr>
          <w:p>
            <w:pPr>
              <w:spacing w:after="0" w:line="240" w:lineRule="auto"/>
            </w:pPr>
          </w:p>
        </w:tc>
        <w:tc>
          <w:tcPr>
            <w:tcW w:type="dxa" w:w="1814"/>
          </w:tcPr>
          <w:p>
            <w:pPr>
              <w:spacing w:after="0" w:line="240" w:lineRule="auto"/>
            </w:pPr>
          </w:p>
        </w:tc>
        <w:tc>
          <w:tcPr>
            <w:tcW w:type="dxa" w:w="1361"/>
          </w:tcPr>
          <w:p>
            <w:pPr>
              <w:spacing w:after="0" w:line="240" w:lineRule="auto"/>
            </w:pPr>
          </w:p>
        </w:tc>
        <w:tc>
          <w:tcPr>
            <w:tcW w:type="dxa" w:w="1928"/>
          </w:tcPr>
          <w:p>
            <w:pPr>
              <w:spacing w:after="0" w:line="240" w:lineRule="auto"/>
            </w:pPr>
          </w:p>
        </w:tc>
      </w:tr>
      <w:tr>
        <w:trPr>
          <w:trHeight w:hRule="atLeast" w:val="369"/>
        </w:trPr>
        <w:tc>
          <w:tcPr>
            <w:tcW w:type="dxa" w:w="567"/>
          </w:tcPr>
          <w:p>
            <w:pPr>
              <w:spacing w:after="0" w:line="240" w:lineRule="auto"/>
            </w:pPr>
            <w:r>
              <w:rPr>
                <w:rFonts w:ascii="Calibri" w:hAnsi="Calibri"/>
                <w:b w:val="0"/>
                <w:color w:val="6B7280"/>
                <w:sz w:val="18"/>
              </w:rPr>
              <w:t>14</w:t>
            </w:r>
          </w:p>
        </w:tc>
        <w:tc>
          <w:tcPr>
            <w:tcW w:type="dxa" w:w="3061"/>
          </w:tcPr>
          <w:p>
            <w:pPr>
              <w:spacing w:after="0" w:line="240" w:lineRule="auto"/>
            </w:pPr>
          </w:p>
        </w:tc>
        <w:tc>
          <w:tcPr>
            <w:tcW w:type="dxa" w:w="907"/>
          </w:tcPr>
          <w:p>
            <w:pPr>
              <w:spacing w:after="0" w:line="240" w:lineRule="auto"/>
            </w:pPr>
          </w:p>
        </w:tc>
        <w:tc>
          <w:tcPr>
            <w:tcW w:type="dxa" w:w="1814"/>
          </w:tcPr>
          <w:p>
            <w:pPr>
              <w:spacing w:after="0" w:line="240" w:lineRule="auto"/>
            </w:pPr>
          </w:p>
        </w:tc>
        <w:tc>
          <w:tcPr>
            <w:tcW w:type="dxa" w:w="1361"/>
          </w:tcPr>
          <w:p>
            <w:pPr>
              <w:spacing w:after="0" w:line="240" w:lineRule="auto"/>
            </w:pPr>
          </w:p>
        </w:tc>
        <w:tc>
          <w:tcPr>
            <w:tcW w:type="dxa" w:w="1928"/>
          </w:tcPr>
          <w:p>
            <w:pPr>
              <w:spacing w:after="0" w:line="240" w:lineRule="auto"/>
            </w:pPr>
          </w:p>
        </w:tc>
      </w:tr>
    </w:tbl>
    <w:p>
      <w:pPr>
        <w:spacing w:after="0" w:before="0" w:line="80" w:lineRule="exact"/>
      </w:pPr>
    </w:p>
    <w:p>
      <w:pPr>
        <w:pageBreakBefore w:val="0"/>
        <w:spacing w:after="40" w:line="240" w:lineRule="auto"/>
      </w:pPr>
      <w:r>
        <w:rPr>
          <w:rFonts w:ascii="Calibri" w:hAnsi="Calibri"/>
          <w:b/>
          <w:color w:val="111111"/>
          <w:sz w:val="22"/>
        </w:rPr>
        <w:t>3. Açıklama</w:t>
      </w:r>
    </w:p>
    <w:p>
      <w:pPr>
        <w:pageBreakBefore w:val="0"/>
        <w:spacing w:after="40" w:line="240" w:lineRule="auto"/>
      </w:pPr>
      <w:r>
        <w:rPr>
          <w:rFonts w:ascii="Calibri" w:hAnsi="Calibri"/>
          <w:b w:val="0"/>
          <w:color w:val="6B7280"/>
          <w:sz w:val="17"/>
        </w:rPr>
        <w:t>Eksik, hasar ya da teslimle ilgili bir şart varsa buraya yazın.</w:t>
      </w:r>
    </w:p>
    <w:tbl>
      <w:tblPr>
        <w:tblStyle w:val="TableGrid"/>
        <w:tblW w:type="dxa" w:w="963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9CA3AF"/>
          <w:left w:val="single" w:sz="4" w:space="0" w:color="9CA3AF"/>
          <w:bottom w:val="single" w:sz="4" w:space="0" w:color="9CA3AF"/>
          <w:right w:val="single" w:sz="4" w:space="0" w:color="9CA3AF"/>
          <w:insideH w:val="single" w:sz="4" w:space="0" w:color="9CA3AF"/>
          <w:insideV w:val="single" w:sz="4" w:space="0" w:color="9CA3AF"/>
        </w:tblBorders>
      </w:tblPr>
      <w:tblGrid>
        <w:gridCol w:w="9638"/>
      </w:tblGrid>
      <w:tr>
        <w:trPr>
          <w:trHeight w:hRule="atLeast" w:val="1474"/>
        </w:trPr>
        <w:tc>
          <w:tcPr>
            <w:tcW w:type="dxa" w:w="9638"/>
          </w:tcPr>
          <w:p>
            <w:pPr>
              <w:spacing w:after="0" w:line="240" w:lineRule="auto"/>
            </w:pPr>
          </w:p>
        </w:tc>
      </w:tr>
    </w:tbl>
    <w:p>
      <w:pPr>
        <w:spacing w:after="0" w:before="0" w:line="80" w:lineRule="exact"/>
      </w:pPr>
    </w:p>
    <w:p>
      <w:pPr>
        <w:pageBreakBefore w:val="0"/>
        <w:spacing w:after="40" w:line="240" w:lineRule="auto"/>
      </w:pPr>
      <w:r>
        <w:rPr>
          <w:rFonts w:ascii="Calibri" w:hAnsi="Calibri"/>
          <w:b/>
          <w:color w:val="111111"/>
          <w:sz w:val="22"/>
        </w:rPr>
        <w:t>4. İmzalar</w:t>
      </w:r>
    </w:p>
    <w:tbl>
      <w:tblPr>
        <w:tblStyle w:val="TableGrid"/>
        <w:tblW w:type="dxa" w:w="963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9CA3AF"/>
          <w:left w:val="single" w:sz="4" w:space="0" w:color="9CA3AF"/>
          <w:bottom w:val="single" w:sz="4" w:space="0" w:color="9CA3AF"/>
          <w:right w:val="single" w:sz="4" w:space="0" w:color="9CA3AF"/>
          <w:insideH w:val="single" w:sz="4" w:space="0" w:color="9CA3AF"/>
          <w:insideV w:val="single" w:sz="4" w:space="0" w:color="9CA3AF"/>
        </w:tblBorders>
      </w:tblPr>
      <w:tblGrid>
        <w:gridCol w:w="4819"/>
        <w:gridCol w:w="4819"/>
      </w:tblGrid>
      <w:tr>
        <w:trPr>
          <w:trHeight w:hRule="atLeast" w:val="397"/>
        </w:trPr>
        <w:tc>
          <w:tcPr>
            <w:tcW w:type="dxa" w:w="4819"/>
          </w:tcPr>
          <w:p>
            <w:pPr>
              <w:spacing w:after="0" w:line="240" w:lineRule="auto"/>
            </w:pPr>
            <w:r>
              <w:rPr>
                <w:rFonts w:ascii="Calibri" w:hAnsi="Calibri"/>
                <w:b/>
                <w:color w:val="111111"/>
                <w:sz w:val="20"/>
              </w:rPr>
              <w:t>Teslim eden</w:t>
            </w:r>
          </w:p>
        </w:tc>
        <w:tc>
          <w:tcPr>
            <w:tcW w:type="dxa" w:w="4819"/>
          </w:tcPr>
          <w:p>
            <w:pPr>
              <w:spacing w:after="0" w:line="240" w:lineRule="auto"/>
            </w:pPr>
            <w:r>
              <w:rPr>
                <w:rFonts w:ascii="Calibri" w:hAnsi="Calibri"/>
                <w:b/>
                <w:color w:val="111111"/>
                <w:sz w:val="20"/>
              </w:rPr>
              <w:t>Teslim alan</w:t>
            </w:r>
          </w:p>
        </w:tc>
      </w:tr>
      <w:tr>
        <w:trPr>
          <w:trHeight w:hRule="atLeast" w:val="1020"/>
        </w:trPr>
        <w:tc>
          <w:tcPr>
            <w:tcW w:type="dxa" w:w="4819"/>
          </w:tcPr>
          <w:p>
            <w:pPr>
              <w:spacing w:after="0" w:line="240" w:lineRule="auto"/>
            </w:pPr>
            <w:r>
              <w:rPr>
                <w:rFonts w:ascii="Calibri" w:hAnsi="Calibri"/>
                <w:b w:val="0"/>
                <w:color w:val="6B7280"/>
                <w:sz w:val="17"/>
              </w:rPr>
              <w:t>Ad soyad · Tarih · İmza</w:t>
            </w:r>
          </w:p>
        </w:tc>
        <w:tc>
          <w:tcPr>
            <w:tcW w:type="dxa" w:w="4819"/>
          </w:tcPr>
          <w:p>
            <w:pPr>
              <w:spacing w:after="0" w:line="240" w:lineRule="auto"/>
            </w:pPr>
            <w:r>
              <w:rPr>
                <w:rFonts w:ascii="Calibri" w:hAnsi="Calibri"/>
                <w:b w:val="0"/>
                <w:color w:val="6B7280"/>
                <w:sz w:val="17"/>
              </w:rPr>
              <w:t>Ad soyad · Tarih · İmza</w:t>
            </w:r>
          </w:p>
        </w:tc>
      </w:tr>
    </w:tbl>
    <w:p>
      <w:pPr>
        <w:spacing w:after="0" w:before="0" w:line="120" w:lineRule="exact"/>
      </w:pPr>
    </w:p>
    <w:p>
      <w:pPr>
        <w:pageBreakBefore w:val="0"/>
        <w:spacing w:after="0" w:line="240" w:lineRule="auto"/>
      </w:pPr>
      <w:r>
        <w:rPr>
          <w:rFonts w:ascii="Calibri" w:hAnsi="Calibri"/>
          <w:b w:val="0"/>
          <w:color w:val="6B7280"/>
          <w:sz w:val="16"/>
        </w:rPr>
        <w:t>Bu form ücretsizdir ve serbestçe çoğaltılabilir. Hazırlayan: seferiai.com · Excel teslimat kaydı: seferiai.com/tr/teslim-tutanagi-ornegi · Hukuki metin değildir.</w:t>
      </w:r>
    </w:p>
    <w:p>
      <w:pPr>
        <w:pageBreakBefore/>
        <w:spacing w:after="160" w:line="240" w:lineRule="auto"/>
      </w:pPr>
      <w:r>
        <w:rPr>
          <w:rFonts w:ascii="Calibri" w:hAnsi="Calibri"/>
          <w:b/>
          <w:color w:val="111111"/>
          <w:sz w:val="26"/>
        </w:rPr>
        <w:t>Bu tutanaklar nasıl kullanılır?</w:t>
      </w:r>
    </w:p>
    <w:p>
      <w:pPr>
        <w:pStyle w:val="ListBullet"/>
        <w:spacing w:after="120"/>
      </w:pPr>
      <w:r>
        <w:rPr>
          <w:rFonts w:ascii="Calibri" w:hAnsi="Calibri"/>
          <w:b w:val="0"/>
          <w:color w:val="111111"/>
          <w:sz w:val="20"/>
        </w:rPr>
        <w:t>Yük teslim tutanağı (1. sayfa) yük alıcıya teslim edilirken doldurulur. Malzeme, evrak ya da demirbaş teslimi için 2. sayfadaki genel teslim tesellüm tutanağını kullanın.</w:t>
      </w:r>
    </w:p>
    <w:p>
      <w:pPr>
        <w:pStyle w:val="ListBullet"/>
        <w:spacing w:after="120"/>
      </w:pPr>
      <w:r>
        <w:rPr>
          <w:rFonts w:ascii="Calibri" w:hAnsi="Calibri"/>
          <w:b w:val="0"/>
          <w:color w:val="111111"/>
          <w:sz w:val="20"/>
        </w:rPr>
        <w:t>İki nüsha düzenleyin. İki taraf da imzalasın; birer nüsha taraflarda kalsın. Sürücünün nüshası işin evrakıyla birlikte ofise dönsün.</w:t>
      </w:r>
    </w:p>
    <w:p>
      <w:pPr>
        <w:pStyle w:val="ListBullet"/>
        <w:spacing w:after="120"/>
      </w:pPr>
      <w:r>
        <w:rPr>
          <w:rFonts w:ascii="Calibri" w:hAnsi="Calibri"/>
          <w:b w:val="0"/>
          <w:color w:val="111111"/>
          <w:sz w:val="20"/>
        </w:rPr>
        <w:t>İmzadan önce sayın ve kontrol edin: teslim alınan adedi irsaliyedeki adetle karşılaştırın, ambalajı dışarıdan inceleyin.</w:t>
      </w:r>
    </w:p>
    <w:p>
      <w:pPr>
        <w:pStyle w:val="ListBullet"/>
        <w:spacing w:after="120"/>
      </w:pPr>
      <w:r>
        <w:rPr>
          <w:rFonts w:ascii="Calibri" w:hAnsi="Calibri"/>
          <w:b w:val="0"/>
          <w:color w:val="111111"/>
          <w:sz w:val="20"/>
        </w:rPr>
        <w:t>Eksik ya da hasar varsa imzadan ÖNCE yazın: durumu işaretleyin, açıklamaya ne gördüğünüzü yazın (kaç koli, hangi hasar). İmzadan sonra eklenen notu karşı taraf kabul etmeyebilir.</w:t>
      </w:r>
    </w:p>
    <w:p>
      <w:pPr>
        <w:pStyle w:val="ListBullet"/>
        <w:spacing w:after="120"/>
      </w:pPr>
      <w:r>
        <w:rPr>
          <w:rFonts w:ascii="Calibri" w:hAnsi="Calibri"/>
          <w:b w:val="0"/>
          <w:color w:val="111111"/>
          <w:sz w:val="20"/>
        </w:rPr>
        <w:t>Fotoğraf çekin: eksik ya da hasarlı teslimde yükün, ambalajın ve imzalı tutanağın fotoğrafını çekin; 'Fotoğraf çekildi' kutusunu işaretleyin.</w:t>
      </w:r>
    </w:p>
    <w:p>
      <w:pPr>
        <w:pStyle w:val="ListBullet"/>
        <w:spacing w:after="120"/>
      </w:pPr>
      <w:r>
        <w:rPr>
          <w:rFonts w:ascii="Calibri" w:hAnsi="Calibri"/>
          <w:b w:val="0"/>
          <w:color w:val="111111"/>
          <w:sz w:val="20"/>
        </w:rPr>
        <w:t>Saatleri yazın: varış, boşaltma başlangıcı ve boşaltma bitişi. Bekleme süresi bu saatlerden okunur.</w:t>
      </w:r>
    </w:p>
    <w:p>
      <w:pPr>
        <w:pStyle w:val="ListBullet"/>
        <w:spacing w:after="120"/>
      </w:pPr>
      <w:r>
        <w:rPr>
          <w:rFonts w:ascii="Calibri" w:hAnsi="Calibri"/>
          <w:b w:val="0"/>
          <w:color w:val="111111"/>
          <w:sz w:val="20"/>
        </w:rPr>
        <w:t>Tutanak irsaliyenin yerine geçmez. Taşıma irsaliyesi ayrı bir belgedir; tutanağa irsaliye numarasını yazmak iki belgeyi birbirine bağlar.</w:t>
      </w:r>
    </w:p>
    <w:p>
      <w:pPr>
        <w:pStyle w:val="ListBullet"/>
        <w:spacing w:after="120"/>
      </w:pPr>
      <w:r>
        <w:rPr>
          <w:rFonts w:ascii="Calibri" w:hAnsi="Calibri"/>
          <w:b w:val="0"/>
          <w:color w:val="111111"/>
          <w:sz w:val="20"/>
        </w:rPr>
        <w:t>Teslimleri tek tabloda izlemek için Excel teslimat kaydı: seferiai.com/tr/teslim-tutanagi-ornegi. Her teslim bir satırdır; adet farkı, bekleme süresi ve kontrol uyarısı kendiliğinden hesaplanır.</w:t>
      </w:r>
    </w:p>
    <w:p>
      <w:pPr>
        <w:pageBreakBefore w:val="0"/>
        <w:spacing w:after="160" w:line="240" w:lineRule="auto"/>
      </w:pPr>
      <w:r>
        <w:rPr>
          <w:rFonts w:ascii="Calibri" w:hAnsi="Calibri"/>
          <w:b w:val="0"/>
          <w:color w:val="111111"/>
          <w:sz w:val="12"/>
        </w:rPr>
      </w:r>
    </w:p>
    <w:p>
      <w:pPr>
        <w:pageBreakBefore w:val="0"/>
        <w:spacing w:after="0" w:line="240" w:lineRule="auto"/>
      </w:pPr>
      <w:r>
        <w:rPr>
          <w:rFonts w:ascii="Calibri" w:hAnsi="Calibri"/>
          <w:b w:val="0"/>
          <w:color w:val="6B7280"/>
          <w:sz w:val="17"/>
        </w:rPr>
        <w:t>Bu form ücretsizdir ve serbestçe çoğaltılabilir. Hazırlayan: seferiai.com · Excel teslimat kaydı: seferiai.com/tr/teslim-tutanagi-ornegi · Hukuki metin değildir.</w:t>
      </w:r>
    </w:p>
    <w:sectPr w:rsidR="00FC693F" w:rsidRPr="0006063C" w:rsidSect="00034616">
      <w:pgSz w:w="11906" w:h="16838"/>
      <w:pgMar w:top="737" w:right="1134" w:bottom="73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Teslim Tutanağı Örneği — Yük / Mal Teslim Tutanağı ve Teslim Tesellüm Tutanağı</dc:title>
  <dc:subject/>
  <dc:creator>seferiai.com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